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33-П/2019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пунктов 1 и 6 статьи 5 Закона Республики Коми «О некоторых вопросах проведения публичных мероприятий в Республике Коми» в связи с жалобами граждан М.С.Седовой и В.П.Терешонковой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пунктов 1 и 6 статьи 5 Закона Республики Коми «О некоторых вопросах проведения публичных мероприятий в Республике Коми». 2 Поводом к рассмотрению дела явились жалобы граждан М.С.Седовой и В.П.Терешонковой.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С.Д.Князева,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5 Закона Республики Коми от 29 ноября 2012 года № 91-РЗ «О некоторых вопросах проведения публичных мероприятий в Республике Коми» в целях защиты прав и свобод человека и гражданина, обеспечения законности, правопорядка и общественной безопасности, в том числе если проведение публичных мероприятий может повлечь нарушение функционирования объектов жизнеобеспечения, транспортной или социальной инфраструктуры, связи, создать помехи движению пешеходов и (или) транспортных средств либо доступу граждан к жилым помещениям или объектам транспортной или социальной инфраструктуры, в дополнение к установленным частью 2 статьи 8 Федерального закона «О собраниях, митингах, демонстрациях, шествиях и пикетированиях» местам местами, в которых проведение собраний, митингов, шествий, демонстраций в Республике Коми запрещается, являются, в частности, Стефановская площадь в городе Сыктывкаре (пункт 1), а также здания, занимаемые органами государственной власти Республики Коми, государственными органами Республики Коми, органами местного самоуправления в 3 Республике Коми, государственными учреждениями Республики Коми, и места в радиусе 50 метров от входа на данные объекты (пункт 6). 20 июля 2017 года администрация муниципального образования городского округа «Сыктывкар», рассмотрев уведомление, поданное 18 июля того же года гражданкой В.П.Терешонковой вместе с гражданином Т., отказала в проведении 30 июля 2017 года (воскресенье) с 13 часов 00 минут до 14 часов 15 минут в память о жертвах Большого террора в СССР 1937– 1938 годов на месте разрушенного 85 лет назад Свято-Стефановского собора города Сыктывкара публичного мероприятия в форме заупокойного молебна по православному обряду с предполагаемым числом участников 20–25 человек. Основанием для отказа послужило то обстоятельство, что Стефановская площадь в городе Сыктывкаре пунктом 1 статьи 5 Закона Республики Коми «О некоторых вопросах проведения публичных мероприятий в Республике Коми» отнесена к местам, в которых императивным образом запрещается проведение каких-либо собраний, митингов, демонстраций и шествий. В то же время до сведения организаторов указанного публичного мероприятия было доведено, что они вправе провести его в специально отведенных или приспособленных для коллективного обсуждения общественно значимых вопросов и выражения общественных настроений местах, утвержденных постановлением Правительства Республики Коми от 25 декабря 2012 года № 598 «Об определении единых специально отведенных или приспособленных для коллективного обсуждения общественно значимых вопросов и выражения общественных настроений, а также для массового присутствия граждан для публичного выражения общественного мнения по поводу актуальных проблем преимущественно общественно-политического характера мест», с соблюдением требований, предъявляемых к организации публичных мероприятий в таких местах. Решением Сыктывкарского городского суда Республики Коми от 27 июля 2017 года, оставленным без изменения апелляционным определением судебной коллегии по административным делам Верховного Суда 4 Республики Коми от 28 июля 2017 года, организаторам указанного религиозного публичного мероприятия, в том числе В.П.Терешонковой, было отказано в удовлетворении требований о признании незаконным отказа городской администрации согласовать место его проведения, о возложении обязанности согласовать публичное богослужение. Определением судьи Верховного Суда Республики Коми от 13 октября 2017 года и определением судьи Верховного Суда Российской Федерации от 16 марта 2018 года административным истцам отказано также в передаче кассационных жалоб на принятые по административному делу судебные акты для рассмотрения в заседании соответствующих судов кассационной инстанции. В обоснование принятых решений суды указали, что субъекты Российской Федерации наделены федеральным законом компетенцией по дополнительному определению мест, в которых запрещается проведение собраний, митингов, демонстраций и шествий. Исходя из этого администрация муниципального образования городского округа «Сыктывкар» была не вправе согласовать проведение публичного богослужения на Стефановской площади, так как пунктом 1 статьи 5 Закона Республики Коми «О некоторых вопросах проведения публичных мероприятий в Республике Коми» эта площадь включена в перечень мест, в которых проведение любых публичных мероприятий, за исключением пикетирований, запрещено. По мнению В.П.Терешонковой, пункт 1 статьи 5 Закона Республики Коми «О некоторых вопросах проведения публичных мероприятий в Республике Коми» не соответствует Конституции Российской Федерации, ее статьям 18, 28, 31 и 55 (часть 3), поскольку предусмотренный этой нормой абсолютный, в том числе в выходные дни, запрет на проведение публичных мероприятий (кроме пикетирований) на Стефановской площади в городе Сыктывкаре – принимая во внимание фундаментальный характер свободы мирных собраний в демократическом обществе, а также учитывая тот факт, что данная площадь является, по сути, единственным местом в 5 центре города, позволяющим проводить массовые публичные мероприятия, и к тому же имеет особое религиозное значение для жителей Республики Коми, – необоснованно препятствует организации на ней публичных мероприятий, включая поминальные и праздничные богослужения, очевидно уместные на этой площади, противоречит свободе распространять религиозные убеждения и действовать в соответствии с ними, в том числе посредством организации и проведения религиозных публичных мероприятий. 17 августа 2017 года М.С.Седовой совместно с другими гражданами было подано в администрацию муниципального образования городского округа «Сыктывкар» уведомление о проведении 2 сентября 2017 года (суббота) с 13 часов 00 минут до 15 часов 00 минут на площадке перед зданием, занимаемым этой администрацией, митинга с предполагаемым числом участников 40–50 человек, имеющего своей целью обсуждение неудовлетворительной работы общественного транспорта в городе Сыктывкаре. Однако 18 августа 2017 года администрация муниципального образования городского округа «Сыктывкар» отказала в согласовании указанного мероприятия, так как заявленное в уведомлении место проведения митинга располагается в радиусе 50 метров от входа в здание, занимаемое городской администрацией (органом местного самоуправления), а потому в соответствии с пунктом 6 статьи 5 Закона Республики Коми «О некоторых вопросах проведения публичных мероприятий в Республике Коми» является одним из мест, в которых проведение собраний, митингов, шествий, демонстраций в Республике Коми запрещено. При этом до сведения организаторов митинга было доведено, что планируемое ими публичное мероприятие может быть проведено в специально отведенных или приспособленных для публичных мероприятий местах при условии надлежащего информирования администрации муниципального образования городского округа «Сыктывкар» об изменении места его проведения. 6 28 августа 2017 года инициаторы митинга, включая гражданку М.С.Седову, направили в Сыктывкарский городской суд Республики Коми административное исковое заявление, в котором содержалось требование о признании отказа администрации муниципального образования городского округа «Сыктывкар» в согласовании проведения данного мероприятия перед занимаемым ею зданием нарушающим право на свободу выражения мнения и право на свободу мирных собраний, гарантированные статьями 10 и 11 Конвенции о защите прав человека и основных свобод, и об обязании административного ответчика согласовать проведение митинга в избранном ими месте. Решением Сыктывкарского городского суда Республики Коми от 30 августа 2017 года, оставленным без изменения апелляционным определением судебной коллегии по административным делам Верховного Суда Республики Коми от 1 сентября 2017 года, в удовлетворении заявленных организаторами митинга административных исковых требований было отказано со ссылкой на то, что оспариваемый ими отказ администрации муниципального образования городского округа «Сыктывкар» от 18 августа 2017 года обусловлен соблюдением прямого запрета, предусмотренного законодательством Республики Коми. Определением судьи Верховного Суда Республики Коми от 26 декабря 2017 года и определением судьи Верховного Суда Российской Федерации от 16 марта 2018 года административным истцам также отказано в передаче кассационных жалоб на принятые по административному делу судебные акты для рассмотрения в заседании соответствующих судов кассационной инстанции. По мнению М.С.Седовой, содержащийся в пункте 6 статьи 5 Закона Республики Коми «О некоторых вопросах проведения публичных мероприятий в Республике Коми» общий, касающийся в том числе выходных дней, запрет проведения любых публичных мероприятий, кроме пикетирований, на территориях, находящихся в радиусе 50 метров от входов в здания, занимаемые органами государственной власти Республики 7 Коми, государственными органами Республики Коми, органами местного самоуправления в Республике Коми и государственными учреждениями Республики Коми, имея главным своим предназначением воспрепятствование адресной публичной критике региональных и местных чиновников со стороны граждан и их объединений, не отвечает конституционно допустимым условиям ограничения свободы мирных собраний и свободы выражения мнения и тем самым не соответствует Конституции Российской Федерации, ее статьям 18, 29 (часть 1), 31 и 55 (часть 3).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Предусмотренное Конституцией Российской Федерации право граждан России собираться мирно, без оружия, проводить собрания, митинги и демонстрации, шествия и пикетирование является одним из основополагающих и неотъемлемых элементов правового статуса личности в Российской Федерации как демократическом правовом государстве, в числе основ конституционного строя которого признаются идеологическое и политическое многообразие и многопартийность и на котором лежит обязанность обеспечивать защиту, включая судебную, прав и свобод человека и гражданина (статья 1, часть 1; статья 2; статья 13, части 1 и 3; статья 31; статья 45, часть 1; статья 46, части 1 и 2; статья 64). Раскрывая конституционно-правовое содержание права на свободу мирных собраний,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Определяя порядок реализации гражданами и их объединениями права на свободу мирных собраний, федеральный законодатель установил в Федеральном законе от 19 июня 2004 года № 54-ФЗ «О собраниях, митингах, демонстрациях, шествиях и пикетированиях» требования, предъявляемые к организации и формам публичного мероприятия, времени и месту его проведения, правам и обязанностям его организаторов и участников, органов исполнительной власти субъектов Российской Федерации и органов местного самоуправления, их уполномоченных представителей и уполномоченных представителей органов внутренних дел, основаниям и порядку приостановления и прекращения публичного мероприятия, а также закрепил гарантии, включая судебные, правомерного осуществления гражданами права на свободу мирных собраний. Согласно статье 8 «Места проведения публичного мероприятия» данного Федерального закона публичное мероприятие может проводиться в любых пригодных для целей данного мероприятия местах в случае, если его 13 проведение не создает угрозы обрушения зданий и сооружений или иной угрозы безопасности участников данного публичного мероприятия; условия запрета или ограничения проведения публичного мероприятия в отдельных местах могут быть конкретизированы федеральными законами (часть 1). Наряду с этим данным Федеральным законом прямо установлены места, в которых проведение публичных мероприятий запрещается: территории, непосредственно прилегающие к опасным производственным объектам и к иным объектам, эксплуатация которых требует соблюдения специальных правил техники безопасности; путепроводы, железнодорожные магистрали и полосы отвода железных дорог, нефте-, газо- и продуктопроводов, высоковольтных линий электропередачи; территории, непосредственно прилегающие к резиденциям Президента Российской Федерации, к зданиям, занимаемым судами, к территориям и зданиям учреждений, исполняющих наказание в виде лишения свободы; пограничная зона, если отсутствует специальное разрешение уполномоченных на то пограничных органов (часть 2 статьи 8). Кроме того, этим же Федеральным законом отдельно предусмотрено, что порядок проведения публичного мероприятия на территории Государственного историко-культурного музея-заповедника «Московский Кремль», включая Красную площадь и Александровский сад, определяется Президентом Российской Федерации (часть 4 статьи 8). Перечисленные нормы в совокупности с другими положениями, содержащимися как в названном (статьи 7, 12 и др.), так и в иных федеральных законах (статья 39 Федерального закона от 21 ноября 1995 года № 170-ФЗ «Об использовании атомной энергии», статьи 3, 16 и 241 Федерального закона от 26 сентября 1997 года № 125-ФЗ «О свободе совести и о религиозных объединениях» и др.), составляют федеральный блок правового регулирования вопросов, связанных с определением мест проведения публичных мероприятий, а их соблюдение – во исполнение требований статьи 15 (часть 2) Конституции Российской Федерации – 14 является обязательным как для граждан, так и для всех органов государственной и муниципальной власти и их должностных лиц. Вместе с тем при оценке правового режима организации и проведения публичных мероприятий нужно иметь в виду, что в соответствии с Федеральным законом «О собраниях, митингах, демонстрациях, шествиях и пикетированиях» достаточно обширной компетенцией в отношении установления правил организации и проведения публичных мероприятий, в том числе касательно их разрешенных и запрещенных мест, наделены органы государственной власти субъектов Российской Федерации. Так, часть 11 его статьи 8 оговаривает, что на органы исполнительной власти субъекта Российской Федерации возложена обязанность определения единых мест, специально отведенных или приспособленных для коллективного обсуждения общественно значимых вопросов и выражения общественных настроений, а также для массового присутствия граждан для публичного выражения общественного мнения по поводу актуальных проблем преимущественно общественно-политического характера. Порядок же использования таких мест, нормы их предельной заполняемости и предельная численность лиц, участвующих в публичных мероприятиях, уведомление о проведении которых не требуется (не может быть менее ста человек), должны устанавливаться законом субъекта Российской Федерации. После определения органами исполнительной власти субъекта Российской Федерации специально отведенных мест, согласно части 21 названной статьи, публичные мероприятия проводятся, как правило, в указанных местах. Проведение их вне специально отведенных мест допускается только после согласования с органом исполнительной власти субъекта Российской Федерации или органом местного самоуправления, которые вправе отказать в таком согласовании лишь при наличии оснований, предусмотренных частью 3 статьи 12 данного Федерального закона, т.е. только если уведомление о проведении публичного мероприятия подано лицом, которое в соответствии с данным Федеральным законом не 15 вправе быть организатором публичного мероприятия, либо в уведомлении в качестве места проведения публичного мероприятия указано место, в котором в соответствии с законом запрещается проведение публичного мероприятия. Помимо этого, к компетенции органов государственной власти субъектов Российской Федерации статьей 8 Федерального закона «О собраниях, митингах, демонстрациях, шествиях и пикетированиях» отнесено определение – исходя из его требований – порядка проведения публичного мероприятия на территориях объектов, являющихся памятниками истории и культуры, с учетом их особенностей (часть 3), а также порядка проведения публичного мероприятия на объектах транспортной инфраструктуры, используемых для транспорта общего пользования и не относящихся к местам, в которых проведение публичного мероприятия запрещено в соответствии с данным Федеральным законом, с учетом требований по обеспечению транспортной безопасности и безопасности дорожного движения, предусмотренных федеральными законами и иными нормативными правовыми актами (часть 31). Отдельное полномочие субъектов Российской Федерации, их органов законодательной власти, образует предусмотренное частью 22 этой же статьи в целях защиты прав и свобод человека и гражданина, обеспечения законности, правопорядка, общественной безопасности дополнительное определение законом субъекта Российской Федерации мест, в которых запрещается проведение собраний, митингов, шествий, демонстраций, в том числе если проведение публичных мероприятий в указанных местах может повлечь нарушение функционирования объектов жизнеобеспечения, транспортной или социальной инфраструктуры, связи, создать помехи движению пешеходов и (или) транспортных средств либо доступу граждан к жилым помещениям или объектам транспортной или социальной инфраструктуры. Несмотря на то что в силу Конституции Российской Федерации регулирование, а тем более ограничение, прав и свобод человека и 16 гражданина сосредоточено в ведении Российской Федерации (статья 55, часть 3; статья 71, пункт «в»), наделение органов государственной власти субъектов Российской Федерации полномочиями, конкретизирующими на собственной территории правовой режим проведения публичных мероприятий, не исключается Конституцией Российской Федерации, ее статьей 72 (пункт «б» части 1), относящей защиту прав и свобод человека и гражданина, обеспечение законности, правопорядка и общественной безопасности к сфере совместного ведения Российской Федерации и ее субъектов, и статьей 76 (часть 2), по смыслу которой у субъектов Российской Федерации предполагается наличие права принятия по предметам совместного ведения собственных – соответствующих федеральным законам – законов и иных нормативных правовых актов. Используя предоставленные в сфере совместного ведения полномочия, субъекты Российской Федерации, как неоднократно отмечал</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оспариваемому В.П.Терешонковой пункту 1 статьи 5 Закона Республики Коми «О некоторых вопросах проведения публичных мероприятий в Республике Коми» одним из мест, в которых запрещено проведение собраний, митингов, шествий и демонстраций в Республике Коми, является Стефановская площадь в городе Сыктывкаре, что обусловливается интересами защиты прав и свобод человека и гражданина, обеспечения законности, правопорядка и общественной безопасности, в том числе в случаях, когда проведение публичных мероприятий может повлечь нарушение функционирования объектов жизнеобеспечения, транспортной или социальной инфраструктуры, связи, создать помехи движению пешеходов и (или) транспортных средств либо доступу граждан к жилым помещениям или объектам транспортной или социальной инфраструктуры. 18 Вопрос о конституционности аналогичных запретов, предусмотренных законами субъектов Российской Федерации, уже ставился перед Конституционным Судом Российской Федерации, который в Определении от 22 апреля 2014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Оспариваемый М.С.Седовой пункт 6 статьи 5 Закона Республики Коми «О некоторых вопросах проведения публичных мероприятий в Республике Коми» устанавливает, что к числу мест, в которых проведение собраний, митингов, шествий и демонстраций в Республике Коми запрещается, относятся, в частности, места в радиусе 50 метров от входа в здания, занимаемые органами государственной власти Республики Коми, государственными органами Республики Коми, органами местного самоуправления в Республике Коми и государственными учреждениями Республики Коми. Общий запрет проведения собраний, митингов, шествий и демонстраций в местах, расположенных в радиусе 50 метров от входа в здания, занимаемые органами государственной власти Республики Коми, государственными органами Республики Коми, органами местного самоуправления в Республике Коми и государственными учреждениями Республики Коми, означает, по сути, введение непреодолимого барьера для реализации на территории этой Республики права на свободу мирных собраний вблизи любых (представительных, исполнительно- распорядительных, контрольных и др.) органов региональной и муниципальной власти, а также любых республиканских государственных учреждений по соображениям защиты прав и свобод человека и гражданина, обеспечения законности, правопорядка и общественной безопасности. Такое законодательное регулирование, какими бы ни были его цели, не согласуется с частью 1 статьи 1 и частью 22 статьи 8 Федерального 24 закона «О собраниях, митингах, демонстрациях, шествиях и пикетированиях», однозначно ориентирующими субъекты Российской Федерации на то, что делегированное им полномочие по дополнительному определению в своих законах мест, в которых запрещается проведение собраний, митингов, шествий и демонстраций, предполагает их связанность при установлении соответствующих мест не общими, объявленными федеральным законодателем целями защиты прав и свобод человека и гражданина, обеспечения законности, правопорядка, общественной безопасности, а конкретными обстоятельствами, характерными для тех или иных субъектов Российской Федерации, и не наделяет их правом введения абстрактных запретов, имеющих первичный нормообразующий характер, во всяком случае когда установленный федеральным законодателем запрет на проведение публичных мероприятий в местах, имеющих однопорядковые юридические свойства (территория, примыкающая к органам государственной власти и государственным учреждениям), принципиально не охватывает собой региональный и муниципальный уровни организации публичной власти. Из статей 72 (пункт «б» части 1) и 76 (часть 2) Конституции Российской Федерации следует, что законодательные акты субъектов Российской Федерации по вопросам защиты прав и свобод могут иметь исключительно вторичный характер, производный от базового регулирования, устанавливаемого Конституцией Российской Федерации и федеральными законами. Они не должны противоречить федеральным законам ни формально, ни по существу, а также не должны приводить к снижению содержащихся в федеральных законах гарантий осуществления прав и свобод человека и гражданина, поскольку именно на федеральном законодателе лежит обязанность закрепления основных условий их реализации. В противном случае законы субъектов Российской Федерации будут нарушать конституционные условия ограничения прав и свобод (постановления Конституционного Суда Российской Федерации от 29 25 ноября 2004 года</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силу статьи 87 Федерального конституционного закона «О Конституционном Суде Российской Федерации» признание не соответствующими Конституции Российской Федерации отдельных положений нормативного акта субъекта Российской Федерации является основанием для отмены или изменения в установленном порядке органами государственной власти других субъектов Российской Федерации положений принятых ими нормативных актов, содержащих такие же нормы, какие были признаны Конституционным Судом Российской Федерации неконституционными (часть третья); эти положения не могут применяться судами, другими органами и должностными лицами (часть четвертая). Следовательно, признание пункта 6 статьи 5 Закона Республики Коми «О некоторых вопросах проведения публичных мероприятий в Республике 26 Коми» требует внесения необходимых изменений не только в данный Закон Республики Коми, но и в законы других субъектов Российской Федерации, содержащие положения, аналогичные предусмотренным указанным законоположением. Что касается положений законов субъектов Российской Федерации, которыми, равно как и пунктом 1 статьи 5 Закона Республики Коми «О некоторых вопросах проведения публичных мероприятий в Республике Коми», запрещено проведение публичных мероприятий (за исключением пикетирования) в конкретных местах на территории субъекта Российской Федерации, то, поскольку оценка обоснованности введения и применения таких запретов связана с установлением и исследованием фактических обстоятельств, их проверка должна осуществляться преимущественно судами общей юрисдикции, которые вправе как в порядке абстрактного нормоконтроля оценить объективную необходимость запрета проведения собрания, митинга, шествия или демонстрации в конкретном месте, определенном законом субъекта Российской Федерации, на соответствие целям, установленным частью 22 статьи 8 Федерального закона «О собраниях, митингах, демонстрациях, шествиях и пикетированиях», так и в условиях действия такого запрета принять – исходя из положений частей 1, 21 и 22 статьи 8 и части 3 статьи 12 названного Федерального закона и с учетом заявленных параметров публичного мероприятия – решение о неправомерности отказа в согласовании его проведения. На основании изложенного, руководствуясь статьями 471, 71, 72, 74, 75, 78, 79, 80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статьи 5 Закона Республики Коми «О некоторых вопросах проведения публичных мероприятий в Республике Коми» не соответствующим Конституции Российской Федерации, ее статьям 15 (часть 27 4), 17 (часть 1), 31 и 55 (часть 3), в той мере, в какой установленный им общий запрет проведения на Стефановской площади в городе Сыктывкаре собраний, митингов, шествий и демонстраций распространяется на все без исключения указанные публичные мероприятия без учета того, создает ли конкретное публичное мероприятие исходя из его целей и вида (характера), предполагаемого количества участников, планируемого времени (даты) проведения, а также иных обстоятельств действительную угрозу правам и свободам человека и гражданина, законности, правопорядку, общественной безопасности, в том числе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и без разрешения вопроса о соразмерности запрета его проведения степени такой угрозы.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пункт 6 статьи 5 Закона Республики Коми «О некоторых вопросах проведения публичных мероприятий в Республике Коми» не соответствующим Конституции Российской Федерации, ее статьям 31, 55 (часть 3), 72 (пункт «б» части 1) и 76 (часть 2), постольку, поскольку установленный им общий запрет проведения собраний, митингов, шествий и демонстраций в местах, находящихся в радиусе 50 метров от входа в здания, занимаемые органами государственной власти Республики Коми, государственными органами Республики Коми, органами местного самоуправления в Республике Коми, государственными учреждениями Республики Коми, выходит за конституционные пределы законодательных полномочий субъектов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Законодателю Республики Коми надлежит – исходя из требований Конституции Российской Федерации и с учетом правовых позиций, выраженных Конституционным Судом Российской в настоящем Постановлении, – внести в действующее правовое регулирование необходимые изменения. Впредь до внесения в Закон Республики Коми «О некоторых вопросах проведения публичных мероприятий в Республике Коми» соответствующих 28 изменений отказ в согласовании проведения собраний, митингов, шествий и демонстраций на Стефановской площади в городе Сыктывкаре во всяком случае не может оправдываться формальными ссылками на пункт 1 статьи 5 Закона Республики Коми «О некоторых вопросах проведения публичных мероприятий в Республике Коми» и в обязательном порядке должен содержать обоснование того, почему с учетом заявленных параметров конкретного публичного мероприятия его проведение вызовет реальную и неустранимую иным образом угрозу правам и свободам человека и гражданина, обеспечению законности, правопорядка и общественной безопасности, в том числе повлечет нарушение функционирования объектов жизнеобеспечения, транспортной или социальной инфраструктуры, связи, создаст помехи движению пешеходов и (или) транспортных средств либо доступу граждан к жилым помещениям или объектам транспортной или социальной инфраструктуры.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принятые по делам заявителей – граждан Седовой Марины Сергеевны и Терешонковой Веры Петровны, основанные на положениях пунктов 1 и 6 статьи 5 Закона Республики Коми «О некоторых вопросах проведения публичных мероприятий в Республике Коми», признанных настоящим Постановлением не соответствующими Конституции Российской Федерации, подлежат пересмотру в установленном порядке. Этим для заявителей не исключается возможность использовать для защиты своих нарушенных конституционных прав компенсаторные механизмы, предусмотренные действующим законодательством, в соответствии со статьей 53 Конституции Российской Федерации, гарантирующей каждому право на возмещение вреда, причиненного незаконными действиями (или бездействием) органов государственной власти или их должностных лиц.</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и не требует подтверждения другими органами или должностными лицами. 29</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а также в официальных изданиях органов государственной власти Республики Коми.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