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Кулалаева Сергея Владимировича на нарушение его конституционных прав Федеральным законом от 3 июля 2018 года № 186-ФЗ «О внесении изменений в статью 72 Уголовного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С.В.Кулалаева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С.В.Кулалаев, осужденный к отбыванию наказания в исправительной колонии строгого режима, просит признать не соответствующим Конституции Российской Федерации Федеральный закон от 3 июля 2018 года № 186-ФЗ «О внесении изменений в статью 72 Уголовного кодекса Российской Федерации», который, по мнению заявителя, является дискриминационным по отношению к осужденным, отбывающим наказание в тюрьме, исправительных колониях строгого и особого режима, а также к лицам, указанным в части третьей2 статьи 72 уголовного закона.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устанавливает единые гарантии этого права при заключении под стражу и содержании под стражей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уголовно-правовых или уголовно-процессуальных ограничений (Постановление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Кулалаева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