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А.В.Никулич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Никуличевой Анны Владими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