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В.А.Рогожина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Рогожина Владимира Алексеевича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3-ПР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