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Кильба Антона Ивановича о разъяснении Постановления Конституционного Суда Российской Федерации от 2 июля 2013 года № 16-П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ходатайства гражданина А.И.Кильба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А.И.Кильб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2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А.И.Кильб не являлся участником конституционного судопроизводства, по результатам которого Конституционным Судом Российской Федерации вынесено Постановление от 2 июля 2013 года № 16- П, и в официальном порядке данное решение ему не направлялось, он не может быть отнесен к числу надлежащих заявителей ходатайства о разъяснении данного Постановления. Исходя из изложенного и руководствуясь частью первой статьи 79 и статьей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Кильба Антона Ивановича о разъяснении Постановления Конституционного Суда Российской Федерации от 2 июля 2013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