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А.С.Харибутова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Харибутова Алексея Сергеевича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10-ПР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