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22-П/2020</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апреля 2020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пункта 1 статьи 193 и пункта 4 статьи 195 Налогового кодекса Российской Федерации, а также пункта 5 статьи 20 Федерального закона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в связи с жалобой общества с ограниченной ответственностью «Центр-Продукт»</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С.М.Казанцева, С.Д.Князева, А.Н.Кокотова, Л.О.Красавчиковой, С.П.Маврина, Н.В.Мельникова, Ю.Д.Рудкина, В.Г.Ярославцева,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пункта 1 статьи 193 и пункта 4 статьи 195 Налогового кодекса Российской Федерации, а также пункта 5 статьи 20 Федерального 2 закона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Поводом к рассмотрению дела явилась жалоба ООО «Центр-Продукт».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заявителем законоположения. Заслушав сообщение судьи-докладчика Г.А.Гаджиева,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ООО «Центр-Продукт» оспаривает конституционность следующих законоположений: пункта 1 статьи 193 Налогового кодекса Российской Федерации, который устанавливает (как в примененной в деле заявителя редакции, так и в системе действующего правового регулирования) дифференцированные ставки налога в отношении этилового спирта в зависимости от того, реализуется ли он организациям, осуществляющим производство спиртосодержащей парфюмерно-косметической продукции в металлической аэрозольной упаковке и (или) спиртосодержащей продукции бытовой химии в металлической аэрозольной упаковке, организациям, уплачивающим авансовый платеж акциза, а также организациям, производящим товары, не признаваемые подакцизными, или же иным организациям; пункта 4 статьи 195 Налогового кодекса Российской Федерации, согласно которому при обнаружении недостачи подакцизных товаров дата их реализации (передачи) определяется как день обнаружения недостачи (за исключением случаев недостачи в пределах норм естественной убыли, утвержденных уполномоченным федеральным органом исполнительной власти); 3 пункта 5 (фактически его абзаца первого) статьи 20 Федерального закона от 22 ноября 1995 года №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устанавливающего в числе прочего право лицензиата на поставку в течение двух месяцев с момента прекращения действия лицензии остатков алкогольной и спиртосодержащей продукции (но не спирта этилового) иной имеющей лицензию на закупку, хранение и поставки алкогольной и спиртосодержащей продукции организации, которые осуществляются под контролем лицензирующего органа. Как следует из представленных материалов, налоговый орган по результатам выездной налоговой проверки ООО «Центр-Продукт» в решении от 2 сентября 2016 года пришел к выводу о недоказанности уничтожения налогоплательщиком в апреле 2012 года подакцизного товара (этилового спирта), оставшегося у него после прекращения действия в июле 2011 года лицензии на производство, хранение и поставки этилового спирта. В результате этого налоговый орган квалифицировал уничтожение подакцизной продукции как недостачу (реализацию) и решением от 2 сентября 2016 года начислил налогоплательщику недоимку по акцизу за II квартал 2012 года, а также пени и штраф. Для расчета недоимки налоговый орган применил из двух установленных ставок акциза ставку 37 рублей за 1 литр безводного этилового спирта, содержащегося в подакцизном товаре (наибольшую ставку по размеру). Решением Арбитражного суда Ставропольского края от 4 мая 2017 года, оставленным без изменения постановлением Шестнадцатого арбитражного апелляционного суда от 14 августа 2017 года, в указанной части решение налогового органа по заявлению ООО «Центр-Продукт» было признано незаконным. Как указали арбитражные суды первой и апелляционной инстанций, представленными доказательствами подтверждается факт уничтожения подакцизного товара, а потому основания для доначислений налога отсутствуют. Постановлением 4 Арбитражного суда Северо-Кавказского округа от 19 декабря 2017 года данные судебные акты были отменены в кассационном порядке, а дело направлено на новое рассмотрение. Впоследствии решением Арбитражного суда Ставропольского края от 1 июня 2018 года в удовлетворении заявленных требований ООО «Центр- Продукт» было отказано. Как указал суд первой инстанции, факт уничтожения этилового спирта налогоплательщиком достоверными доказательствами не подтвержден, а значит, установленная недостача товара приравнивается к его реализации для целей уплаты акциза. Постановлением Шестнадцатого арбитражного апелляционного суда от 25 октября 2018 года данное решение арбитражного суда первой инстанции было отменено, требования налогоплательщика удовлетворены. Кроме того, суд апелляционной инстанции отметил, что положениями Налогового кодекса Российской Федерации не урегулирован вопрос о том, какую ставку акциза (ноль или 37 рублей применительно к 2012 году) надлежит применять в случае выявления у налогоплательщика недостачи подакцизного товара после прекращения действия лицензии на оборот этилового спирта. Постановлением Арбитражного суда Северо-Кавказского округа от 28 января 2019 года постановление Шестнадцатого арбитражного апелляционного суда от 25 октября 2018 года было отменено, решение Арбитражного суда Ставропольского края от 1 июня 2018 года оставлено в силе. По мнению суда кассационной инстанции, налоговый орган правомерно начислил акциз по спорному этиловому спирту с применением наибольшей (стоимостной) налоговой ставки. Определением судьи Верховного Суда Российской Федерации от 15 мая 2019 года заявителю отказано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 По мнению ООО «Центр-Продукт», оспариваемый пункт 5 статьи 20 Федерального закона «О государственном регулировании производства и оборота этилового спирта, алкогольной и спиртосодержащей продукции и 5 об ограничении потребления (распития) алкогольной продукции» ограничивает производителя этилового спирта в осуществлении операций по реализации его остатков в течение двух месяцев с момента прекращения действия лицензии. При этом оспариваемые нормы статей 193 и 195 Налогового кодекса Российской Федерации в силу их неопределенности не позволяют определить, какую из двух установленных ставок акциза следует применять производителям этилового спирта при обнаружении его недостачи, неправомерно, с точки зрения заявителя, приравниваемой налоговыми органами к реализации подакцизного товара. В связи с этим ООО «Центр-Продукт» полагает, что оспариваемые законоположения не соответствуют статьям 1, 2, 8, 10, 18, 19, 33, 34, 35, 45, 48, 55 (часть 3), 57 и 74 Конституции Российской Федерации. Согласно статьям 74, 96 и 97 Федерального конституционного закона «О Конституционном Суде Российской Федерации», конкретизирующим статью 125 (часть 4) Конституции Российской Федерации,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гарантирует единство экономического пространства, свободное перемещение товаров, услуг и финансовых средств, поддержку конкуренции, свободу экономической деятельности, признавая и защищая равным образом частную, государственную, муниципальную и иные формы собственности (статья 8). Одновременно она провозглашает право каждого на свободное использование своих способностей и имущества для предпринимательской и иной не запрещенной законом экономической деятельности (статья 34, часть 1), а также являющееся необходимой основой для осуществления такой деятельности право частной собственности, притом что никто не может быть лишен своего имущества иначе как по решению суда; принудительное отчуждение имущества для государственных нужд может быть произведено только при условии предварительного и равноценного возмещения (статья 35, части 1 и 3). Как ранее указывал Учитывая, что государственное регулирование производства и оборота этилового спирта, алкогольной и спиртосодержащей продукции осуществляется в целях защиты нравственности, здоровья, прав и законных интересов граждан, экономических интересов Российской Федерации, обеспечения безопасности указанной продукции, нужд потребителей в ней, а также в целях контроля за соблюдением законодательства, норм и правил в регулируемой области, Федеральным законом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установлены правовые основы как производства этилового спирта, алкогольной и спиртосодержащей продукции в целях их продажи и получения прибыли, а также для собственных нужд, так и оборота соответствующей продукции, а именно закупки (в том числе импорта), поставок (в том числе экспорта), хранения, перевозок и розничной продажи, на которые распространяется действие данного Федерального закона (пункт 1 статьи 1, подпункты 15 и 16 статьи 2). Закрепляя в числе требований к производству и обороту этилового спирта, алкогольной и спиртосодержащей продукции обязательность их лицензирования, названный Федеральный закон устанавливает порядок выдачи лицензий на осуществление соответствующих видов деятельности, 8 приостановления, возобновления, прекращения их действия, аннулирования лицензий, а также порядок обжалования решений лицензирующего органа (статьи 18–20 и 22). Так, согласно его статье 20 действие лицензии на производство и оборот этилового спирта, алкогольной и спиртосодержащей продукции прекращается по истечении срока действия такой лицензии и в случае ликвидации лицензиата или в случае принятия лицензирующим органом решения о досрочном прекращении действия такой лицензии на основании заявления лицензиата; лицензирующий орган в срок не более чем 14 дней со дня установления факта прекращения действия лицензии осуществляет снятие остатков готовой продукции, сырья и полуфабрикатов, используемых для ее производства, а также пломбирование оборудования и коммуникаций в целях недопущения производства и реализации этилового спирта, алкогольной и спиртосодержащей продукции (пункт 2). В силу Федерального закона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в течение двух месяцев с момента аннулирования лицензии или прекращения действия лицензии лицензиат имеет право на хранение остатков этилового спирта, алкогольной и спиртосодержащей продукции, на возврат их поставщику, на поставку остатков алкогольной и спиртосодержащей продукции иной имеющей лицензию на закупку, хранение и поставки алкогольной и спиртосодержащей продукции организации, которые осуществляются под контролем лицензирующего органа, за исключением случаев, если такая продукция подлежит изъятию в соответствии с пунктом 1 статьи 25 данного Федерального закона (абзац первый пункта 5 статьи 20). В силу положений Гражданского кодекса Российской Федерации предпринимательской является самостоятельная, осуществляемая на свой риск деятельность, в связи с чем при вступлении в гражданско-правовые отношения – тем более осложненные таким публично-правовым элементом, как лицензирование, – юридические лица должны проявлять разумную осмотрительность, принимая на себя риски финансовых издержек, связанных с особенностями правового регулирования отдельных видов продукции, притом что законом или в установленном законом порядке могут быть введены ограничения оборотоспособности объектов гражданских прав, в частности могут быть предусмотрены виды объектов гражданских прав, которые могут принадлежать лишь определенным участникам оборота либо совершение сделок с которыми допускается по специальному разрешению, т.е. в пределах срока действия такого разрешения (пункт 1 статьи 2 и пункт 2 статьи 129). Учитывая, что Федеральный закон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устанавливает в числе оснований прекращения действия лицензии истечение срока ее действия (пункт 2 статьи 20), который указывается самим лицензиатом, но не может составлять более чем пять лет (пункт 17 статьи 19), необходимость своевременно реализовать этиловый спирт до этого момента либо распорядиться остатками этой продукции способами, предусмотренными законом, не может для него считаться неожиданной. Гарантией имущественных прав хозяйствующего субъекта является возможность продления срока действия ранее выданной лицензии, которое осуществляется по его заявлению в порядке и сроки, установленные данным Федеральным законом и принятым на его основании Административным регламентом предоставления Федеральной службой по регулированию алкогольного рынка государственной услуги по лицензированию производства и оборота этилового спирта, алкогольной (за исключением 12 розничной продажи) и спиртосодержащей продукции, лицензированию производства, хранения, поставок и розничной продажи винодельческой продукции, произведенной сельскохозяйственными товаропроизводителями (организациями, индивидуальными предпринимателями, крестьянскими (фермерскими) хозяйствами), признаваемыми таковыми в соответствии с Федеральным законом «О развитии сельского хозяйства» (утвержден приказом Федеральной службы по регулированию алкогольного рынка от 12 августа 2019 года № 199), составляющие 90 дней до истечения срока действия лицензии для подачи соискателем заявления о его продлении, 30 дней с даты поступления такого заявления для принятия решения уполномоченным органом (в пределах которых рассматриваются заявление и прилагаемые к нему документы, направляются межведомственные запросы, проводится внеплановая проверка в отношении заявителя) и 3 дня для направления принятого решения заявителю. Таким образом, для продления срока действия лицензии по общему правилу достаточно волеизъявления лицензиата при условии соблюдения им норм действующего законодательства. При этом, по смыслу Постановления Конституционного Суда Российской Федерации от 23 мая 2013 года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силу Конституции Российской Федерации каждый обязан платить законно установленные налоги и сборы (статья 57); законы, устанавливающие новые налоги или ухудшающие положение налогоплательщиков, обратной силы не имеют; система налогов, взимаемых в федеральный бюджет, и общие принципы налогообложения и сборов в Российской Федерации устанавливаются федеральным законом (статья 75, часть 3), каковым является Налоговый кодекс Российской Федерации. В ведении Российской Федерации находится установление федеральных налогов (статья 71, пункт «з», Конституции Российской Федерации), в том числе акцизов, которые представляют собой форму регулирования государством имущественных отношений в общих (публичных) интересах по смыслу статьи 55 (часть 3) Конституции Российской Федерации и статьи 1 Протокола № 1 к Конвенции о защите прав человека и основных свобод. В связи с этим, как неоднократно указывал Такое регулирование соотносится и со статьей 541 Налогового кодекса Российской Федерации, в которой законодатель, определяя пределы осуществления прав по исчислению налоговой базы и (или) суммы налога, установил, что не допускается уменьшение налогоплательщиком налоговой базы и (или) суммы подлежащего уплате налога в результате искажения сведений о фактах хозяйственной жизни (совокупности таких фактов), об объектах налогообложения, подлежащих отражению в налоговом и (или) бухгалтерском учете либо налоговой отчетности налогоплательщика (пункт 1). Сопоставимый подход в период возникновения спорных правоотношений с участием заявителя был отражен и в постановлении Пленума Высшего Арбитражного Суда Российской Федерации от 12 октября 2006 года № 53 «Об оценке арбитражными судами обоснованности получения налогоплательщиком налоговой выгоды». Помимо этого, Высший Арбитражный Суд Российской Федерации разъяснял, что налогоплательщик обязан зафиксировать факт выбытия (списания) имущества в результате наступления событий, не зависящих от воли налогоплательщика (утрата имущества по причине порчи, боя, хищения, стихийного бедствия и тому подобных событий), и то обстоятельство, что имущество выбыло именно по указанным основаниям, без передачи его третьим лицам, поскольку в силу пункта 1 статьи 54 Налогового кодекса Российской Федерации он обязан доказать наличие тех фактов своей хозяйственной деятельности, которые влияют на 17 формирование финансового результата, служащего основанием для определения объема налоговой обязанности. В этой связи при возникновении спора о соответствии действительности приводимых налогоплательщиком причин выбытия имущества, в том числе при оценке достоверности и полноты представленных им документов в подтверждение факта и обстоятельств выбытия, судам следует учитывать характер деятельности налогоплательщика, условия его хозяйствования, принимать во внимание соответствие объемов и частоты выбытия имущества обычному для такой деятельности уровню и иные подобные обстоятельства, а также оценивать возражения налогового органа относительно вероятности выбытия имущества по указанным налогоплательщиком причинам, в частности доводы о чрезмерности потерь (пункт 10 постановления Пленума Высшего Арбитражного Суда Российской Федерации от 30 мая 2014 года № 33 «О некоторых вопросах, возникающих у арбитражных судов при рассмотрении дел, связанных с взиманием налога на добавленную стоимость»). Толкование норм Налогового кодекса Российской Федерации, данное в указанном постановлении применительно к налогу на добавленную стоимость, имеет общее значение и применимо для установления наличия или отсутствия объекта обложения акцизом в случае предполагаемого уничтожения (утилизации) этилового спирта налогоплательщиком. Учитывая приведенное разъяснение, ключевая роль в разрешении возникающих споров между налоговым органом и налогоплательщиком – а значит, в поддержании справедливого баланса между преимущественно фискальными интересами государства и экономическими интересами предпринимателя – отводится суду, который на основе принципов состязательности судопроизводства и равенства прав сторон (статья 46, часть 1; статья 123, часть 3, Конституции Российской Федерации), исследуя по существу фактические обстоятельства дела и не ограничиваясь лишь установлением формальных условий применения нормы (постановления Конституционного Суда Российской Федерации от 6 июня 1995 года</w:t>
      </w:r>
    </w:p>
    <w:p>
      <w:pPr>
        <w:pStyle w:val="Heading3"/>
      </w:pPr>
      <w:r>
        <w:rPr>
          <w:rFonts w:ascii="Times New Roman" w:hAnsi="Times New Roman" w:eastAsia="Times New Roman" w:cs="Times New Roman"/>
          <w:b/>
          <w:i w:val="0"/>
          <w:sz w:val="22"/>
        </w:rPr>
        <w:t>Пункт 5. Анализ нормы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Федеральный законодатель не лишен возможности дальнейшего совершенствования правового регулирования вопросов оборота этилового спирта. Так, в отношении последствий прекращения действия лицензии для организаций – производителей этилового спирта он вправе расширить круг законных способов распорядиться образовавшимися у них остатками данной продукции (особенно это значимо для случаев, когда деятельность данных лиц не была сопряжена с нарушениями установленных правил). Он также вправе регламентировать процедуру уничтожения организацией- налогоплательщиком остатков этилового спирта (например, предусмотрев возможность участия представителя уполномоченного государственного органа в этой процедуре или конкретный способ ее фиксации). Исходя из изложенного и руководствуясь статьями 6, 471, 71, 72, 74, 75, 78, 79 и 100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положения пункта 1 статьи 193 и пункта 4 статьи 195 Налогового кодекса Российской Федерации, а также пункта 5 статьи 20 Федерального закона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не противоречащими Конституции Российской Федерации.</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Российской Федерации» и на «Официальном интернет-портале правовой 21 информации» (www.pravo.gov.ru).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