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Т.К.Ердаковой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Ердаковой Татьяны Константиновны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