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В.И.Киваева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Киваева Виктора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