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лица без гражданства Ш.Ш.Бобоходжаева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лица без гражданства Бобоходжаева Шавкатджона Шарифджоновича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