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И.В.Сысоевой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Сысоевой Ирины Васильевны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