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А.А.Сигутиной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Сигутиной Алевтины Алексеевны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35-ПР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