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В.Г.Мироновой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Мироновой Веры Георгиевны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