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С.Б.Коряковской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Коряковской Светланы Борисовны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25-ПР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