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 В.И.Зубова, Р.В.Иванова и Л.Г.Рычкова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Зубова Виктора Ивановича, Иванова Романа Вячеславовича и Рычкова Леонида Григорьевича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