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А.Б.Сергеева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Сергеева Анатолия Борисовича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