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35-П/2022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гражданина Е.Д.Верхоглядова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Верхоглядова Евгения Дмитриевича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35-ПР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