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784770-П/2024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октября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части первой статьи 42 Уголовно-процессуального кодекса Российской Федерации в связи с жалобой гражданина А.С.Ткаченко</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руководствуясь статьей 125 (пункт «а» части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части первой статьи 42 УПК Российской Федерации. Поводом к рассмотрению дела явилась жалоба гражданина А.С.Ткаченко.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заявителем законоположение. 2 Заслушав сообщение судьи-докладчика Н.В.Мельникова,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Уголовно-процессуальный кодекс Российской Федерации в статье 42 устанавливает, что потерпевшим является физическое лицо, которому преступлением причинен физический, имущественный, моральный вред, а также юридическое лицо в случае причинения преступлением вреда его имуществу и деловой репутации; решение о признании потерпевшим принимается незамедлительно с момента возбуждения уголовного дела и оформляется постановлением дознавателя, следователя, судьи или определением суда; если на момент возбуждения уголовного дела отсутствуют сведения о лице, которому преступлением причинен вред, решение о признании потерпевшим принимается незамедлительно после получения данных об этом лице (часть первая). Конституционность приведенного законоположения оспаривает гражданин А.С.Ткаченко, который участвовал в качестве свидетеля в судебном разбирательстве по уголовному делу в отношении ряда лиц, включая гражданина Т. В частности, Т., обвинявшийся в совершении преступления, предусмотренного частью шестой статьи 290 «Получение взятки» УК Российской Федерации, был осужден по приговору Таганрогского городского суда Ростовской области от 26 апреля 2021 года (оставлен без изменения апелляционным определением судебной коллегии по уголовным делам Ростовского областного суда от 19 августа 2021 года) за покушение на мошенничество в особо крупном размере с использованием своего служебного положения (часть третья статьи 30 и часть четвертая статьи 159 УК Российской Федерации). Однако указанное решение суда второй инстанции отменено определением судебной коллегии по уголовным делам Четвертого кассационного суда общей юрисдикции от 31 марта 2022 года (по результатам 3 рассмотрения в том числе кассационного представления прокурора) с направлением уголовного дела на новое апелляционное рассмотрение в тот же суд в ином составе. Суд кассационной инстанции отметил, что вывод нижестоящего суда об отсутствии у Т. служебных полномочий для совершения действий (бездействия), обещанных им А.С.Ткаченко, является преждевременным. Апелляционным приговором судебной коллегии по уголовным делам Ростовского областного суда от 2 августа 2022 года приговор суда первой инстанции отменен с вынесением нового обвинительного приговора, которым Т. признан виновным в совершении преступления, предусмотренного частью шестой статьи 290 УК Российской Федерации, т.е. в получении им как должностным лицом через посредников взятки в виде денег в особо крупном размере за совершение бездействия в пользу заявителя и его брата, которое входило в служебные полномочия Т. и (или) которому он в силу своего должностного положения мог способствовать. При этом ему назначено основное наказание в виде штрафа в размере 4 млн руб., от отбывания которого он освобожден с учетом предшествующих сроков содержания под стражей и отбывания наказания в виде лишения свободы. Как установлено судом, Т., занимая должность начальника отделения по контролю за оборотом наркотиков Таганрогского линейного отдела МВД России на транспорте, а также временно исполняя обязанности заместителя начальника полиции (по оперативной работе) того же линейного отдела, через посредников предложил А.С.Ткаченко и его брату помощь с целью избежать уголовной ответственности (такая помощь должна была выразиться в непредставлении в орган предварительного расследования материалов оперативно-розыскной деятельности, достаточных для возбуждения в их отношении уголовного дела) в обмен на взятку в размере 2,5 млн руб., однако заявитель сообщил об этом в правоохранительные органы и впоследствии добровольно принял участие в проведении изобличающего оперативно- розыскного мероприятия «оперативный эксперимент». 4 При этом судом апелляционной инстанции отклонены доводы А.С.Ткаченко о необходимости признания его по данному уголовному делу потерпевшим, мотивированные причинением ему материального и морального вреда действиями осужденных (в частности, Т.) независимо от их квалификации. Как отметил суд, причинение заявителю имущественного вреда материалами дела не подтверждается: денежные средства в сумме 10 000 рублей, которые использовались в ходе оперативно-розыскного мероприятия с добровольного согласия А.С.Ткаченко, приобщены к уголовному делу в качестве вещественных доказательств, что не может расцениваться в качестве причинения ущерба; утверждение же о том, что содеянным подорвано доверие заявителя к органам внутренних дел, не является безусловным основанием для признания его потерпевшим, поскольку по смыслу уголовного закона взяточничество посягает на основы государственной власти и нарушает нормальную управленческую деятельность государственных и муниципальных органов и учреждений, подрывая их авторитет, притом что признаков вымогательства взятки в отношении А.С.Ткаченко не установлено. Определением судебной коллегии по уголовным делам Четвертого кассационного суда общей юрисдикции от 7 февраля 2023 года указанный апелляционный приговор в отношении Т. отменен с направлением дела на новое апелляционное рассмотрение ввиду чрезмерной мягкости назначенного наказания; в отношении иных лиц (посредников во взяточничестве) апелляционный приговор оставлен без изменения. С этим, в свою очередь, согласился вышестоящий суд кассационной инстанции (постановление судьи Верховного Суда Российской Федерации от 13 июня 2023 года об отказе в передаче жалобы заявителя для рассмотрения в судебном заседании суда кассационной инстанции и письмо заместителя Председателя того же суда от 17 января 2024 года), подтвердивший правомерность отказа в признании А.С.Ткаченко потерпевшим по данному уголовному делу. Вновь вынесенным апелляционным приговором судебной коллегии по уголовным делам Ростовского областного суда от 18 апреля 2023 года, 5 законность которого подтверждена определением судебной коллегии по уголовным делам Четвертого кассационного суда общей юрисдикции от 19 сентября 2023 года, Т. осужден за совершение того же преступления при тех же обстоятельствах, однако с назначением основного наказания в виде лишения свободы на срок 8 лет. При этом доводы А.С.Ткаченко о необходимости признания его потерпевшим вновь отвергнуты, а принадлежавшие ему денежные средства постановлено возвратить по принадлежности. А.С.Ткаченко просит признать часть первую статьи 42 УПК Российской Федерации не соответствующей статьям 2, 18, 52 и 53 Конституции Российской Федерации, утверждая, что данная норма нарушает его права, поскольку не позволяет признавать потерпевшим от преступления, предусмотренного статьей 290 УК Российской Федерации, лицо, отказавшееся от выполнения требования о передаче взятки, заявившее об этом в правоохранительные органы и добровольно содействовавшее изобличению виновных посредством участия в производстве оперативно-розыскного мероприятия. Таким образом, с учетом предписаний статей 36, 74, 96 и 97 Федерального конституционного закона «О Конституционном Суде Российской Федерации» предметом рассмотрения Конституционного Суда Российской Федерации по настоящему делу выступает часть первая статьи 42 УПК Российской Федерации в той мере, в какой на ее основании во 8 взаимосвязи с положениями статьи 290 УК Российской Федерации разрешается вопрос о признании потерпевшим по уголовному делу о получении взятки лица, отказавшегося от предложения о даче взятки, сообщившего о данном предложении в правоохранительные органы и содействовавшего изобличению виновных.</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в России как правовом государстве человек, его права и свободы являются высшей ценностью, а их признание, соблюдение и защита – обязанностью государства; права и свободы человека и гражданина, а также равенство прав и свобод признаются и гарантируются; они определяют смысл, содержание и применение законов и обеспечиваются правосудием (статьи 1 и 2; статья 17, часть 1; статьи 18 и 19). Для претворения в жизнь основных начал правового государства в России создаются условия, способствующие взаимному доверию государства и общества, гарантируется защита, в том числе судебная, достоинства, прав и свобод граждан, притом особым образом – потерпевших от преступлений и злоупотреблений властью, и обеспечивается право каждого на возмещение государством вреда, причиненного незаконными действиями (или бездействием) органов государственной власти и их должностных лиц (статья 21, часть 1; статья 45, часть 1; статья 46, часть 1; статьи 52, 53 и 751 Конституции Российской Федерации). В силу указанных положений, общей обязанности соблюдать Конституцию Российской Федерации и законы, а также права каждого защищать свои права и свободы всеми способами, не запрещенными законом, обращаться в органы публичной власти (статья 15, часть 2; статья 33; статья 45, часть 2, Конституции Российской Федерации), в том числе относительно преступных посягательств, граждане вправе участвовать в решении публично- правовой задачи по предотвращению преступлений и в обеспечении безопасности сообщением о ставших им известными преступлениях, содействием в изобличении виновных, в том числе при производстве по уголовному делу. Именно поэтому федеральный законодатель обязан предусматривать правовые механизмы, гарантирующие гражданам такую 9 возможность, в частности наделяя их соответствующим правовым статусом в сфере уголовного судопроизводства, если они обоснованно полагают, что их права и законные интересы нарушены преступлением. Обязанность государства гарантировать защиту прав потерпевших от преступлений, в том числе путем обеспечения им адекватных возможностей отстаивать свои интересы в суде, в полной мере соответствует Декларации основных принципов правосудия для жертв преступлений и злоупотребления властью (принята 29 ноября 1985 года Резолюцией 40/34 Генеральной Ассамблеи ООН) и вытекает, как отметил</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Закрепление требований, предъявляемых к реализации прав и законных интересов потерпевших от преступлений, осуществляется федеральным законодателем (статья 71, пункты «в», «о»; статья 76, часть 1, Конституции Российской Федерации), который определил в Уголовно- процессуальном кодексе Российской Федерации защиту этих прав и интересов в качестве одного из назначений уголовного судопроизводства (пункт 1 части первой статьи 6). По смыслу части первой статьи 42 данного Кодекса потерпевшим признается физическое лицо, которому причинен физический, имущественный, моральный вред, а также юридическое лицо в случае 10 причинения вреда его имуществу и деловой репутации непосредственно тем общественно опасным деянием, по признакам которого было возбуждено уголовное дело (определения Конституционного Суда Российской Федерации от 19 июня 2012 года</w:t>
      </w:r>
    </w:p>
    <w:p>
      <w:pPr>
        <w:pStyle w:val="Heading3"/>
      </w:pPr>
      <w:r>
        <w:rPr>
          <w:rFonts w:ascii="Times New Roman" w:hAnsi="Times New Roman" w:eastAsia="Times New Roman" w:cs="Times New Roman"/>
          <w:b/>
          <w:i w:val="0"/>
          <w:sz w:val="22"/>
        </w:rPr>
        <w:t>Пункт 5. Выводы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 силу конституционных положений, признающих высшей ценностью человека, его права и свободы, которые определяют смысл, содержание и применение законов, деятельность органов публичной власти, а их соблюдение и защиту – обязанностью государства, а также положений об охране законом прав потерпевших как от преступлений, так и от злоупотреблений властью, о праве на возмещение государством вреда, причиненного незаконными действиями (или бездействием) органов государственной власти или их должностных лиц (статьи 2, 18, 52 и 53 Конституции Российской Федерации), интересы публичной власти как основной объект преступного посягательства не могут рассматриваться отстраненно от интересов личности, прав и свобод конкретного человека, являющегося непосредственной конституционной ценностью и субъектом соответствующих правоотношений, которым причиняется вред или создается угроза причинения вреда противоправным поведением (злоупотреблением) должностного лица. Следовательно, лица, вовлекаемые в процесс дачи взятки, выступают в качестве непосредственного адресата (субъекта незаконного воздействия) предложения или требования передачи взятки и тем самым подвергаются злоупотреблению властью со стороны противоправно действующего должностного лица, а потому могут выступать потерпевшими от преступления, предусмотренного статьей 290 УК Российской Федерации, при условии, что их действие не образует состава коррупционного преступления. Склонение к даче взятки в любой форме должностным лицом, призванным соблюдать и защищать права и свободы человека, являющееся недопустимой, противоправной (преступной) формой поведения и расцениваемое физическим лицом в качестве неприемлемого и (или) оскорбительного для себя, – в связи с чем оно в целях защиты как своих прав и законных интересов, 15 так и интересов публичной власти своевременно инициирует и активно способствует привлечению к ответственности виновных, тем более если такое лицо прямо либо косвенно находится в зависимом от предполагаемого преступника положении, – не может расцениваться как не причиняющее моральный вред и нравственные страдания.</w:t>
      </w:r>
    </w:p>
    <w:p>
      <w:pPr>
        <w:pStyle w:val="Heading3"/>
      </w:pPr>
      <w:r>
        <w:rPr>
          <w:rFonts w:ascii="Times New Roman" w:hAnsi="Times New Roman" w:eastAsia="Times New Roman" w:cs="Times New Roman"/>
          <w:b/>
          <w:i w:val="0"/>
          <w:sz w:val="22"/>
        </w:rPr>
        <w:t>Пункт 6. Выводы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Таким образом, часть первая статьи 42 УПК Российской Федерации не противоречит Конституции Российской Федерации, поскольку по своему конституционно-правовому смыслу во взаимосвязи с положениями статьи 290 УК Российской Федерации предполагает признание потерпевшим по уголовному делу о получении взятки такого лица, которое отказалось от предложения о даче взятки, сообщило о данном предложении в правоохранительные органы и содействовало изобличению виновных, если оно полагает, что его права и законные интересы были нарушены и ему был причинен имущественный и (или) моральный вред, а также заявляет о необходимости своего участия в уголовном преследовании потенциального взяткополучателя. Иное понимание оспариваемого законоположения, рассматриваемого в системном единстве с положениями в том числе уголовного законодательства, как это предполагает часть вторая статьи 74 Федерального конституционного закона «О Конституционном Суде Российской Федерации», влекло бы нарушение прав такого лица, прежде всего права на обращение в государственные (правоохранительные) органы с заявлением о поступившем ему предложении о даче взятки, на доступ к правосудию, на государственную (включая судебную) защиту своих прав, ограничивало бы право на возмещение вреда, причиненного незаконными действиями должностных лиц, и компенсацию причиненного ущерба, а потому не соответствовало бы 18 статьям 18, 45 (часть 1), 46 (часть 1), 52, 53 и 55 (часть 3) Конституции Российской Федерации. Исходя из изложенного и руководствуясь статьями 6, 471, 71, 72, 74, 75, 78, 79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часть первую статьи 42 УПК Российской Федерации не противоречащей Конституции Российской Федерации, поскольку по своему конституционно-правовому смыслу во взаимосвязи с положениями статьи 290 УК Российской Федерации она предполагает признание лица, которое отказалось от предложения о даче взятки, сообщило о данном предложении в правоохранительные органы и содействовало изобличению виновных, потерпевшим по уголовному делу о получении взятки.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Выявленный в настоящем Постановлении конституционно-правовой смысл части первой статьи 42 УПК Российской Федерации является общеобязательным, что исключает любое иное ее истолкование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Правоприменительные решения по делу с участием гражданина Ткаченко Александра Сергеевича, принятые на основании части первой статьи 42 УПК Российской Федерации в истолковании, расходящемся с ее конституционно-правовым смыслом, выявленным в настоящем Постановлении, подлежат пересмотру в установленном порядке.</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19 Российской Федерации» и на «Официальном интернет-портале правовой информации» (www.pravo.gov.ru).</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