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В.Л.Смирновой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Смирновой Веры Леонидовны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