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М.Битхае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Битхаева Алексея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