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4 статьи 14.13 Кодекса Российской Федерации об административных правонарушениях в связи с жалобой гражданина В.А.Вострикова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руководствуясь статьей 125 (пункт «а» части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части 4 статьи 14.13 КоАП Российской Федерации. Поводом к рассмотрению дела явилась жалоба гражданина В.А.Вострикова. Основанием к рассмотрению дела явилась обнаружившаяся неопределенность в вопросе о том, соответствует ли Конституции Российской Федерации оспариваемое заявителем законоположение. 2 Заслушав сообщение судьи-докладчика С.Д.Князева,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4 статьи 14.13 «Неправомерные действия при банкротстве» КоАП Российской Федерации незаконное воспрепятствование деятельности арбитражного управляющего, конкурсного управляющего либо временной администрации кредитной или иной финансовой организации, в том числе несвоевременное предоставление, уклонение или отказ от передачи арбитражному управляющему, конкурсному управляющему либо временной администрации кредитной или иной финансовой организации сведений и (или) документов, необходимых для исполнения возложенных на них обязанностей, и (или) имущества, принадлежащего юридическому лицу, в том числе кредитной или иной финансовой организации, в случаях, когда функции руководителя юридического лица, в том числе кредитной или иной финансовой организации, возложены соответственно на арбитражного управляющего, конкурсного управляющего и руководителя временной администрации кредитной или иной финансовой организации, если эти действия (бездействие) не содержат уголовно наказуемых деяний, 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года. Конституционность данной нормы оспаривается гражданином В.А.Востриковым, являвшимся директором ООО «Зеясервис», в отношении которого определением Арбитражного суда Амурской области от 21 января 2019 года была введена процедура наблюдения сроком до 20 мая 2019 года. Этим же судебным актом утвержден временный управляющий, а на В.А.Вострикова возложена обязанность не позднее пятнадцати дней с даты утверждения временного управляющего предоставить ему бухгалтерские и 3 иные документы, отражающие экономическую деятельность должника за три года до введения наблюдения. 8 апреля 2019 года временный управляющий ООО «Зеясервис» обратился в Арбитражный суд Амурской области с заявлением о наложении на В.А.Вострикова судебного штрафа за неисполнение судебного акта арбитражного суда, выразившееся в непредоставлении временному управляющему необходимых документов, т.е. невыполнении в установленные законом сроки обязанности, предусмотренной пунктом 32 статьи 64 Федерального закона от 26 октября 2002 года № 127-ФЗ «О несостоятельности (банкротстве)» и возложенной на него определением Арбитражного суда Амурской области от 21 января 2019 года. По результатам рассмотрения указанного заявления определением Арбитражного суда Амурской области от 23 мая 2019 года в соответствии со статьями 119, 120 и 332 АПК Российской Федерации на В.А.Вострикова был наложен судебный штраф в размере двух тысяч пятисот рублей. 23 мая 2019 года в отношении В.А.Вострикова прокурором Зейского района Амурской области за уклонение от предоставления временному управляющему ООО «Зеясервис» бухгалтерских и иных документов, отражающих экономическую деятельность должника за три года до введения наблюдения, было возбуждено производство по делу об административном правонарушении, предусмотренном частью 4 статьи 14.13 КоАП Российской Федерации. Решением Арбитражного суда Амурской области от 9 июля 2019 года (оставлено без изменения постановлением Шестого арбитражного апелляционного суда от 16 сентября 2019 года и постановлением Арбитражного суда Дальневосточного округа от 29 января 2020 года) были удовлетворены требования районного прокурора, заявитель был признан виновным в совершении вмененного ему административного правонарушения с назначением административного наказания в виде административного штрафа в размере сорока тысяч рублей. Определением судьи Верховного Суда Российской Федерации от 14 апреля 2020 года в передаче кассационной 4 жалобы для рассмотрения в судебном заседании Судебной коллегии по экономическим спорам Верховного Суда Российской Федерации отказано. Вывод о наличии в действиях (бездействии) В.А.Вострикова состава административного правонарушения, предусмотренного частью 4 статьи 14.13 КоАП Российской Федерации, был обоснован тем, что, вопреки требованиям, содержащимся в пункте 32 статьи 64 Федерального закона «О несостоятельности (банкротстве)» и воспроизведенным в определении Арбитражного суда Амурской области от 21 января 2019 года, которым в отношении ООО «Зеясервис» была введена процедура наблюдения, он в установленный законом и определением суда срок не предоставил временному управляющему необходимых бухгалтерских и иных документов, чем незаконно воспрепятствовал деятельности арбитражного управляющего. При этом арбитражным судом был отвергнут довод заявителя о невозможности привлечения его к административной ответственности, поскольку за непредоставление указанных документов ему уже был назначен судебный штраф, что исключало в отношении него назначение административного наказания. Суды, в частности, указали, что наложение судебного штрафа за неисполнение судебного акта арбитражного суда не является административной ответственностью и не препятствует возможности ее наступления; противоправное бездействие В.А.Вострикова посягает не только на отношения, связанные с соблюдением требований законодательства о банкротстве (административная ответственность), но и на отношения, связанные с обязанностью исполнения судебного акта арбитражного суда (ответственность, предусмотренная Арбитражным процессуальным кодексом Российской Федерации); заявителем совершены два самостоятельных правонарушения, отличающиеся объектом посягательства и имеющие разные признаки объективной стороны правонарушения. В силу статей 74, 96 и 97 Федерального конституционного закона «О Конституционном Суде Российской Федерации», конкретизирующих статью 125 (пункт «а» части 4) Конституции Российской Федерации,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Одним из универсальных принципов законодательного регулирования юридической ответственности является правило non bis in idem, получившее директивное закрепление в статье 50 (часть 1) Конституции Российской Федерации и – применительно к ответственности за административное правонарушение – нашедшее свое прямое подтверждение в части 5 статьи 4.1 КоАП Российской Федерации, согласно которой никто не может нести административную ответственность дважды за одно и то же административное правонарушение. Раскрывая нормативное содержание статьи 50 (часть 1) Конституции Российской Федерации,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14.13 КоАП Российской Федерации, закрепляя административную ответственность за неправомерные действия при банкротстве, направлена на обеспечение надлежащего порядка осуществления различных процедур, применяемых в деле о банкротстве, являющемся необходимым условием оздоровления экономики, а также защиты прав и законных интересов собственников организаций, должников и кредиторов (определения Конституционного Суда Российской Федерации от 24 марта 2015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Наделение арбитражного суда статьями 119, 120 и 332 АПК Российской Федерации полномочием по оценке действий лиц, обязанных к исполнению судебного акта, как носящих характер правонарушения и влекущих наложение судебного штрафа за неисполнение судебного акта, вытекает из принципа самостоятельности судебной власти и служит одним из проявлений дискреционных полномочий суда, необходимых для осуществления правосудия (определения Конституционного Суда Российской Федерации от 25 сентября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Таким образом, часть 4 статьи 14.13 КоАП Российской Федерации не противоречит Конституции Российской Федерации, поскольку в системе действующего правового регулирования, прежде всего во взаимосвязи с положениями статей 119, 120 и 332 АПК Российской Федерации, по своему конституционно-правовому смыслу, выявленному Конституционным Судом Российской Федерации в настоящем Постановлении, она во всяком случае не 15 предполагает за неисполнение руководителем должника установленной законом и воспроизведенной в определении арбитражного суда о введении наблюдения обязанности предоставить временному управляющему бухгалтерские и иные документы, отражающие экономическую деятельность должника за три года до введения наблюдения, применения к нему в связи с одним и тем же деянием и административной ответственности за незаконное воспрепятствование деятельности арбитражного управляющего, и судебного штрафа за неисполнение судебного акта арбитражного суда. Наложение на руководителя должника судебного штрафа за неисполнение судебного акта арбитражного суда в указанном случае может допускаться лишь в качестве меры по исключению его безнаказанности за неисполнение обязанности предоставить соответствующие документы временному управляющему при введении наблюдения, если для применения соответствующих положений части 4 статьи 14.13 КоАП Российской Федерации в контексте обстоятельств конкретного дела будут отсутствовать правовые основания. Выявление Конституционным Судом Российской Федерации конституционно-правового смысла части 4 статьи 14.13 КоАП Российской Федерации означает, что в соответствии со статьями 1 (часть 1), 15 (часть 2), 19 (часть 1) и 125 (часть 6) Конституции Российской Федерации с момента вступления в силу настоящего Постановления положения данной нормы в системе действующего правового регулирования не должны подлежать применению в ином истолковании. На основании изложенного и руководствуясь статьями 6, 471, 71, 72, 74, 75, 78, 79 и 100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часть 4 статьи 14.13 КоАП Российской Федерации не противоречащей Конституции Российской Федерации, поскольку 16 содержащиеся в ней положения по своему конституционно-правовому смыслу в системе действующего правового регулирования, прежде всего во взаимосвязи с положениями статей 119, 120 и 332 АПК Российской Федерации, во всяком случае не предполагают за неисполнение руководителем должника установленной законом и воспроизведенной в определении арбитражного суда о введении наблюдения обязанности предоставить временному управляющему бухгалтерские и иные документы, отражающие экономическую деятельность должника за три года до введения наблюдения, применения к нему в связи с одним и тем же деянием и административной ответственности за незаконное воспрепятствование деятельности арбитражного управляющего, и судебного штрафа за неисполнение судебного акта арбитражного суда.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Выявленный конституционно-правовой смысл части 4 статьи 14.13 КоАП Российской Федерации является общеобязательным, что исключает ее применение либо реализацию каким-либо иным способом в истолковании, расходящемся с данным Конституционным Судом Российской Федерации в настоящем Постановлении истолкованием.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Амурской области о наложении на гражданина Вострикова Владимира Алексеевича судебного штрафа за неисполнение судебного акта арбитражного суда подлежит пересмотру в установленном порядке, поскольку при его вынесении и последующем привлечении заявителя к административной ответственности в соответствии с частью 4 статьи 14.13 КоАП Российской Федерации данной норме было придано значение, расходящееся с ее конституционно- правовым смыслом, выявленным в настоящем Постановлении.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его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17 Российской Федерации» и на «Официальном интернет-портале правовой информации» (www.pravo.gov.ru).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