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790761-П/2024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Матвеева Вадима Эдуардовича на нарушение его конституционных прав пунктом 2 статьи 1 Федерального закона «О мобилизационной подготовке и мобилизации в Российской Федерации», Указом Президента Российской Федерации «Об объявлении частичной мобилизации в Российской Федерации» и пунктом 3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В.Э.Матвеева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В.Э.Матвеев оспаривает конституционность пункта 2 статьи 1 Федерального закона от 26 февраля 1997 года № 31-ФЗ «О мобилизационной подготовке и мобилизации в Российской Федерации», 2 согласно которому под мобилизацией в Российской Федерации понимается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 мобилизация в Российской Федерации может быть общей или частичной; комплекс мероприятий, проводимых при объявлении общей или частичной мобилизации в Российской Федерации, определяется в соответствии с данным Федеральным законом, нормативными правовыми актами Президента Российской Федерации, Правительства Российской Федерации и иными нормативными правовыми актами Российской Федерации. В жалобе также оспаривается конституционность Указа Президента Российской Федерации от 21 сентября 2022 года № 647 «Об объявлении частичной мобилизации в Российской Федерации» и пункта 3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(утверждено Постановлением Правительства Российской Федерации от 30 декабря 2006 года № 852; далее – Положение о призыве по мобилизации), в соответствии с которым призыв граждан по мобилизации осуществляется на основании решений Президента Российской Федерации об объявлении общей или частичной мобилизации на территории Российской Федерации или субъекта Российской Федерации (муниципального образования). Как следует из представленных материалов, решением суда, с которым согласились вышестоящие суды, отказано в удовлетворении 3 административного искового заявления В.Э.Матвеева к военному комиссариату города Санкт-Петербурга о признании незаконными действий административного ответчика по оповещению его об обязанности явиться в территориальный военный комиссариат в связи с частичной мобилизацией. По мнению заявителя, оспариваемые нормативные акты не соответствуют положениям преамбулы, статьям 1 (часть 1), 2, 3 (части 1, 2 и 4), 4 (часть 3), 6 (часть 2), 10, 15 (часть 1), 16, 18, 46 (части 1 и 2), 56, 59 (часть 1), 67 (часть 21), 71 (пункты «к», «м»), 76 (части 1 и 3), 78 (часть 4), 791, 80 (часть 2), 87, 102 (пункты «б», «в» части 1), 108 (часть 1), 118 (часть 2) и 120 (часть 1) Конституции Российской Федерации, поскольку рассматриваются судами как относящие принятие решения об объявлении частичной мобилизации к исключительной прерогативе Президента Российской Федерации и тем самым исключают осуществление судебного контроля за таким решением.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Матвеева Вадима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