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А.Н.Артемьева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Артемьева Александра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