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А.Царев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Царева Владимира Аркад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