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В.И.Механцева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Механцева Владимира Ивановича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32-ПР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