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39-П/2020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июля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части 1 статьи 61 и части 5 статьи 67 Федерального закона «Об образовании в Российской Федерации» в связи с жалобой гражданина И.И.Пикулина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части 1 статьи 61 и части 5 статьи 67 Федерального закона «Об образовании в Российской Федерации». 2 Поводом к рассмотрению дела явилась жалоба гражданина И.И.Пикулина.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Н.С.Бондаря,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61 Федерального закона от 29 декабря 2012 года № 273-ФЗ «Об образовании в Российской Федерации» образовательные отношения прекращаются в связи с отчислением обучающегося из организации, осуществляющей образовательную деятельность, в связи с получением образования (завершением обучения) (пункт 1 части 1). Часть 5 статьи 67 этого Федерального закона предусматривает возможность организации 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в случаях и в порядке, которые предусмотрены законодательством субъекта Российской Федерации. В образовательной организации, в которой несовершеннолетняя дочь гражданина И.И.Пикулина получила основное общее образование, предусмотрен прием для получения среднего общего образования на профильное (с углубленным изучением отдельных учебных предметов) обучение путем индивидуального отбора обучающихся на основе рейтинга по результатам их успеваемости и личных достижений. Поскольку дочь заявителя по результатам индивидуального отбора имела 86 место в рейтинге обучающихся при наличии 81 приемного места, в зачислении для получения 3 среднего общего образования в данную образовательную организацию ей было отказано и она была отчислена из нее как завершившая обучение по образовательной программе основного общего образования. И.И.Пикулин, действуя в интересах своей несовершеннолетней дочери, обратился в суд с иском к образовательной организации и департаменту образования администрации города Омска и просил признать незаконными действия (бездействие) административных ответчиков, в результате которых его дочь не была зачислена в десятый класс в той образовательной организации, где ранее обучалась, обязать их обеспечить получение дочерью среднего общего образования в этой образовательной организации и признать незаконным приказ в части отчисления его дочери. Решением Центрального районного суда города Омска от 17 апреля 2019 года, оставленным без изменения апелляционным определением судебной коллегии по гражданским делам Омского областного суда от 10 июля 2019 года, заявителю отказано в удовлетворении его требований. Суды, сославшись в том числе на оспариваемые законоположения, пришли к выводу, что создание образовательной организацией десятых классов только для профильного обучения и организация индивидуального отбора для приема на профильное обучение являлись правомерными, индивидуальный отбор был проведен в соответствии с требованиями нормативных правовых актов. Суды также указали, что дочь заявителя зарегистрирована по адресу места жительства, который не относится к территории, закрепленной за образовательной организацией – административным ответчиком, а также на то, что в настоящее время она получает среднее общее образование в форме семейного образования и прошла промежуточную аттестацию в другой образовательной организации. В передаче кассационной жалобы заявителя для рассмотрения в судебном заседании суда кассационной инстанции также отказано (определение судьи Омского областного суда от 15 октября 2019 года). 4 По мнению И.И.Пикулина, оспариваемые нормы, как позволяющие образовательной организации при введении профильного обучения в десятых классах и индивидуального отбора для зачисления в данные классы не переводить на следующий уровень общего образования в той же образовательной организации для получения среднего общего образования, которое является в соответствии с законом обязательным, обучающихся, получавших в данной организации основное общее образование, и по результатам указанного отбора отчислять их из образовательной организации по собственной инициативе без учета мнения родителей обучающихся, не соответствуют статьям 1 (часть 1), 2, 7, 15, 17, 18, 19 (часть 1), 21, 43 (части 1 и 2), 55 (части 2 и 3) Конституции Российской Федерации. В силу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Российскую Федерацию правовым социальным государством, которое гарантирует равенство прав и свобод человека и гражданина и политика которого направлена на создание условий, обеспечивающих достойную жизнь и свободное развитие человека (статья 1, часть 1; статьи 7 и 18; статья 19, части 1 и 2; статья 21, часть 1). Согласно статье 43 Конституции Российской Федерации каждый имеет право на образование (часть 1); гарантируется общедоступность и бесплатность дошкольного, основного общего и среднего профессионального образования в государственных или муниципальных общеобразовательных учреждениях и на предприятиях (часть 2); основное общее образование обязательно; родители или лица, их заменяющие, обеспечивают получение детьми основного общего образования (часть 4); Российская Федерация устанавливает федеральные государственные образовательные стандарты, поддерживает различные формы образования и самообразования (часть 5). Как отмечал Конституционные гарантии общедоступности и бесплатности образования призваны обеспечить равенство прав граждан в этой сфере независимо от каких-либо различий между ними. Как неоднократно указывал На основании положений Конституции Российской Федерации и международно-правовых актов федеральный законодатель предусмотрел в Федеральном законе «Об образовании в Российской Федерации» гарантии обеспечения права на образование. В частности, согласно статье 5 этого Федерального закона право на образование в Российской Федерации гарантируется независимо от пола, расы, национальности, языка, происхождения, имущественного, социального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(часть 2); общедоступность и бесплатность образования гарантируются в соответствии с федеральными государственными образовательными стандартами (часть 3); реализация права каждого человека на образование обеспечивается путем создания федеральными 8 государственными органами, органами государственной власти субъектов Российской Федерации и органами местного самоуправления соответствующих социально-экономических условий для его получения, расширения возможностей удовлетворять потребности человека в получении образования различных уровня и направленности в течение всей жизни (часть 4). Кроме того, в рамках реализации дискреционных полномочий федеральный законодатель установил, что общее образование реализуется по уровням образования, под которыми понимается завершенный цикл образования, характеризующийся определенной совокупностью требований (пункт 4 статьи 2 и часть 3 статьи 10 Федерального закона «Об образовании в Российской Федерации»); начальное общее образование, основное общее образование, среднее общее образование являются обязательными уровнями образования; обучающиеся,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обучающемуся сохраняет силу до достижения им возраста восемнадцати лет, если соответствующее образование не было получено обучающимся ранее (часть 5 статьи 66 названного Федерального закона). При этом в части дифференциации общего образования по уровням образования в федеральном правовом регулировании проявляется преемственность. В частности, ранее действовавший Закон Российской Федерации от 10 июля 1992 года № 3266-I «Об образовании» (утратил силу с 1 сентября 2013 года в связи с принятием Федерального закона «Об образовании в Российской Федерации») устанавливал следующие три ступени общего образования – начальное общее, основное общее, среднее (полное) общее образование (пункт 1 статьи 19). Все три ступени общего образования являлись обязательными, в связи с чем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«Об образовании в Российской Федерации» является базовым законодательным актом, регулирующим отношения, возникающие в сфере образования в связи с реализацией права на образование на основе обеспечения государственных гарантий прав и свобод человека в сфере образования и создания условий для реализации права на образование. Важной характеристикой современной системы российского образования выступает его подразделение на такие виды, как общее образование, профессиональное образование, дополнительное образование и профессиональное обучение (пункты 11–14 статьи 2 и часть 2 статьи 10). При этом общее образование и профессиональное образование реализуются по уровням образования (часть 3 статьи 10). В соответствии с частью 4 статьи 66 Федерального закона «Об образовании в Российской Федерации» организация образовательной деятельности по образовательным программам начального общего, основного общего и среднего общего образования может быть основана на дифференциации содержания с учетом образовательных потребностей и интересов обучающихся, обеспечивающих углубленное изучение отдельных учебных предметов, предметных областей соответствующей образовательной программы (профильное обучение). Данной норме корреспондируют положения этого же Федерального закона, в силу которых образовательные программы самостоятельно разрабатываются и утверждаются организацией, осуществляющей образовательную деятельность, если данным Федеральным законом не установлено иное (часть 5 статьи 12); образовательные организации свободны в определении содержания образования, выборе учебно-методического обеспечения, образовательных технологий по реализуемым ими образовательным программам (часть 2 статьи 28); они правомочны разрабатывать и утверждать образовательные программы образовательной 11 организации, осуществлять прием обучающихся в образовательную организацию, вести индивидуальный учет результатов освоения обучающимися образовательных программ и осуществлять иные функции в соответствии с законодательством Российской Федерации (пункты 6, 8, 11 и 22 части 3 статьи 28). В то же время образовательная организация обязана осуществлять свою деятельность в соответствии с законодательством об образовании, в том числе обеспечивать реализацию в полном объеме образовательных программ, создавать безопасные условия обучения и соблюдать права и свободы обучающихся, родителей (законных представителей) несовершеннолетних обучающихся, работников образовательной организации (часть 6 статьи 28), и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ее компетенции, за реализацию не в полном объеме образовательных программ в соответствии с учебным планом, качество образования своих выпускников, а также за жизнь и здоровье обучающихся, работников образовательной организации; за нарушение или незаконное ограничение права на образование и предусмотренных законодательством об образовании прав и свобод обучающихся, родителей (законных представителей) несовершеннолетних обучающихся, нарушение требований к организации и осуществлению образовательной деятельности образовательная организация и ее должностные лица несут административную ответственность в соответствии с Кодексом Российской Федерации об административных правонарушениях (часть 7 статьи 28). Тем самым автономия образовательных организаций реализуется в соответствии с требованиями законодательства об образовании, обеспеченными мерами юридической ответственности, и ориентирована, прежде всего, на образовательные потребности и интересы обучающихся. В силу Федерального закона «Об образовании в Российской Федерации» основанием возникновения образовательных отношений является распорядительный акт организации, осуществляющей образовательную 12 деятельность, о приеме лица на обучение в эту организацию или для прохождения промежуточной аттестации и (или) государственной итоговой аттестации (часть 1 статьи 53); прием на обучение в организацию, осуществляющую образовательную деятельность, проводится на принципах равных условий приема для всех поступающих, за исключением лиц, которым в соответствии с данным Федеральным законом предоставлены особые права (преимущества) при приеме на обучение (часть 1 статьи 55); при этом прием на обучение по основным общеобразовательным программам проводится на общедоступной основе, если иное не предусмотрено данным Федеральным законом (часть 3 статьи 55). В соответствии со статьей 67 указанного Федерального закона правила приема на обучение по основным общеобразовательным программам должны обеспечивать прием всех граждан, которые имеют право на получение общего образования соответствующего уровня, если иное не предусмотрено данным Федеральным законом (часть 2); правила приема в государственные и муниципальные образовательные организации на обучение по основным общеобразовательным программам должны обеспечивать также прием в образовательную организацию граждан, имеющих право на получение общего образования соответствующего уровня и проживающих на территории, за которой закреплена указанная образовательная организация (часть 3). При этом в приеме в государственную или муниципальную образовательную организацию может быть отказано только в строго определенных случаях, в частности если для получения основного общего и среднего общего образования с углубленным изучением отдельных учебных предметов или для профильного обучения в случаях и в порядке, которые предусмотрены законодательством субъекта Российской Федерации, организован индивидуальный отбор при приеме либо переводе в государственные и муниципальные образовательные организации; в случае отсутствия мест в государственной или муниципальной образовательной организации родители (законные представители) ребенка для решения вопроса 13 о его устройстве в другую общеобразовательную организацию обращаются непосредственно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(части 4 и 5 статьи 67 указанного Федерального закона). Прекращение же образовательных отношений данный Федеральный закон связывает с отчислением обучающегося из организации, осуществляющей образовательную деятельность, в частности по основанию получения им образования (завершения обучения) (часть 1 статьи 61). В свою очередь завершение обучения предполагает освоение обучающимися образовательной программы, степень и уровень которого определяется проведением государственной итоговой аттестации, являющейся для образовательных программ основного общего и среднего общего образования обязательной (части 1–4 статьи 59 этого же Федерального закона). В силу части 6 статьи 60 названного Федерального закона по результатам прохождения соответствующей итоговой государственной аттестации получение общего образования по уровню основного общего образования подтверждается аттестатом об основном общем образовании, а получение общего образования по уровню среднего общего образования – аттестатом о среднем общем образовании. Соответственно, данными документами об образовании подтверждается завершение обучения по образовательным программам основного общего образования или среднего общего образования. Однако по смыслу приведенного регулирования получение образования по образовательной программе основного общего образования не свидетельствует о завершении получения образования данного вида и в силу вытекающего из действующей системы федерального правового регулирования стандарта обязательности среднего общего образования (в том числе в силу части 2 статьи 69 Федерального закона «Об образовании в Российской Федерации» – для последующего допуска к освоению программ 14 бакалавриата или программ специалитета) предполагает необходимость, по общему правилу, для лица, не достигшего совершеннолетия, продолжения получения общего образования по уровню среднего общего образования, имея при этом не ограниченный в действующем правовом регулировании какими- либо условиями выбор – продолжать получать его в рамках образовательных программ среднего общего образования или среднего профессионального образования на базе основного общего образования (часть 3 статьи 68 Федерального закона «Об образовании в Российской Федерации»). В этом плане сама по себе итоговая аттестация, завершающая освоение основной образовательной программы основного общего образования, являясь подтверждением пройденного этапа получения гражданами Российской Федерации общего образования и формой оценки степени и уровня освоения обучающимися соответствующей образовательной программы (часть 1 статьи 59 Федерального закона «Об образовании в Российской Федерации»), никак не влияет на наличие права и обязанности получения среднего общего образования, в том числе по образовательным программам среднего общего образования, за тем лишь исключением, что обучающиеся,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(часть 5 статьи 66 Федерального закона «Об образовании в Российской Федерации»). Это, однако, не исключает оформления продолжения получения общего образования после завершения основного общего образования в качестве приема в соответствующую образовательную организацию. В этом случае предусмотренные статьей 67 названного Федерального закона гарантии приема на обучение по общеобразовательным программам в равной мере распространяются и на лиц, завершивших обучение по образовательным программам основного общего образования и выразивших намерение продолжить обучение по образовательным программам среднего общего образования, независимо от того, в какой образовательной организации – в той 15 же или иной территориально доступной общеобразовательной организации им будет предоставлена такая возможность.</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силу части 5 статьи 67 Федерального закона «Об образовании в Российской Федерации» допускается организация индивидуального отбора при приеме в государственные и муниципальные образовательные организации для получения профильного среднего общего образования; при этом данный Федеральный закон не содержит указания на то, что результаты индивидуального отбора могут служить основанием для отчисления обучающихся из общеобразовательной организации. Определение порядка проведения индивидуального отбора осуществляется законодательством субъекта Российской Федерации. Данное полномочие согласуется с компетенцией органов государственной власти субъектов Российской Федерации в сфере образования по обеспечению государственных гарантий реализации прав на получение общего образования в муниципальных образовательных организациях и организации предоставления общего образования в государственных образовательных организациях субъектов Российской Федерации (пункты 3 и 4 части 1 статьи 8 этого же Федерального закона). В частности, Законом Омской области от 18 июля 2013 года</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следует из жалобы, основанием для прекращения образовательных отношений послужил переход образовательной организации исключительно к профильному (углубленному изучению отдельных учебных предметов) обучению в 10 и 11 классах, притом что Федеральным законом «Об образовании в Российской Федерации», а также иными нормативными правовыми актами Российской Федерации не предусмотрен запрет формировать в общеобразовательных организациях только профильные 10–11 классы без сохранения возможности обучающихся продолжить обучение без углубленного изучения отдельных учебных предметов. Отсутствует такой запрет и в Федеральном государственном образовательном стандарте среднего общего образования (утвержден приказом Министерства образования и науки Российской Федерации от 17 мая 2012 года № 413), в пункте 18.3.1 которого предусмотрено, что организация, осуществляющая образовательную деятельность, обеспечивает реализацию учебных планов одного или нескольких профилей обучения (естественнонаучный, гуманитарный, социально-экономический, технологический, универсальный). Между тем освоение образовательной программы среднего общего образования с универсальным профилем не связано с изучением учебных предметов на углубленном уровне и не требует проведения индивидуального отбора обучающихся. В то же время, как следует из правовых позиций Конституционного Суда Российской Федерации, в правовом социальном государстве, каковым провозглашает себя Российская Федерация, при осуществлении правового регулирования законодатель должен соблюдать баланс интересов как непосредственных участников соответствующих общественных отношений, так и иных лиц, для которых эти отношения имеют значение (постановления от 24 января 2002 года</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со статьями 1 (часть 1), 2, 7 (часть 1), 17 (части 1 и 2), 18, 19 (части 1 и 2), 38 (часть 1), 43 и 55 (части 2 и 3) Конституции Российской Федерации при осуществлении правового регулирования образовательных отношений предполагается, в частности, обязанность социального государства гарантировать гражданам, поступившим в общеобразовательные организации и успешно обучающимся по программам основного общего образования, по завершении освоения указанных образовательных программ продолжить обучение по образовательным программам среднего общего образования с минимизацией рисков непредсказуемого изменения их правового положения в случаях перехода образовательной организации, в которой они обучаются, к реализации образовательных программ среднего общего образования исключительно по профилям, предполагающим углубленное изучение отдельных учебных предметов.</w:t>
      </w:r>
    </w:p>
    <w:p>
      <w:pPr>
        <w:pStyle w:val="Heading3"/>
      </w:pPr>
      <w:r>
        <w:rPr>
          <w:rFonts w:ascii="Times New Roman" w:hAnsi="Times New Roman" w:eastAsia="Times New Roman" w:cs="Times New Roman"/>
          <w:b/>
          <w:i w:val="0"/>
          <w:sz w:val="22"/>
        </w:rPr>
        <w:t>Пункт 7. Анализ нормы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Таким образом, пункт 1 части 1 статьи 61 и часть 5 статьи 67 Федерального закона «Об образовании в Российской Федерации» не противоречат Конституции Российской Федерации в той мере, в какой по своему конституционно-правовому смыслу в системе действующего правового регулирования, находящегося в совместном ведении Российской Федерации и субъектов Российской Федерации, эти нормы: 23 предполагают обязанность органов государственной власти субъектов Российской Федерации по обеспечению нормативно-правовых гарантий продолжения обучения по общеобразовательным программам среднего общего образования для лиц, освоивших программу основного общего образования, но не прошедших индивидуальный отбор для обучения по образовательным программам среднего общего образования, предполагающим углубленное изучение отдельных учебных предметов, в том числе в других территориально доступных общеобразовательных организациях соответствующего субъекта Российской Федерации (муниципального образования), а также необходимость заблаговременного информирования обучающихся и их родителей (законных представителей) о предстоящем индивидуальном отборе; не допускают лишения лиц, освоивших программу основного общего образования, но не прошедших индивидуальный отбор для обучения в соответствующей образовательной организации по образовательным программам среднего общего образования, предполагающим углубленное изучение отдельных учебных предметов, возможности продолжить обучение в той же образовательной организации, без нормативного установления указанных гарантий продолжения обучения по общеобразовательным программам среднего общего образования. Иное понимание оспариваемых положений Федерального закона «Об образовании в Российской Федерации» и конкретизирующих положений законодательства субъектов Российской Федерации, по существу, означало бы необоснованные ограничения права обучающихся, желающих продолжать освоение общеобразовательных программ среднего общего образования на непрофильной основе (по универсальному профилю), а потому вело бы к нарушению прав, гарантированных статьями 7 (часть 1), 19 (части 1 и 2), 43, 55 (часть 3) и 671 (часть 4) Конституции Российской Федерации. Этим не исключается возможность совершенствования – в соответствии с правовыми позициями Конституционного Суда Российской Федерации, выраженными в настоящем Постановлении, – правового регулирования 24 индивидуального отбора лиц, освоивших программу основного общего образования, для обучения, в том числе в той же образовательной организации, по профильной (с углубленным изучением отдельных учебных предметов) образовательной программе среднего общего образования, включая гарантии в случае, если они не прошли такой отбор.</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части 1 статьи 61 и часть 5 статьи 67 Федерального закона «Об образовании в Российской Федерации» не противоречащими Конституции Российской Федерации в той мере, в какой по своему конституционно-правовому смыслу в системе действующего правового регулирования, находящегося в совместном ведении Российской Федерации и субъектов Российской Федерации, эти нормы: предполагают обязанность органов государственной власти субъектов Российской Федерации по обеспечению нормативно-правовых гарантий продолжения обучения по общеобразовательным программам среднего общего образования для лиц, освоивших программу основного 25 общего образования, но не прошедших индивидуальный отбор для обучения по образовательным программам среднего общего образования, предполагающим углубленное изучение отдельных учебных предметов, в том числе в других территориально доступных общеобразовательных организациях соответствующего субъекта Российской Федерации (муниципального образования), а также необходимость заблаговременного информирования обучающихся и их родителей (законных представителей) о предстоящем индивидуальном отборе; не допускают лишения лиц, освоивших программу основного общего образования, но не прошедших индивидуальный отбор для обучения в соответствующей образовательной организации по образовательным программам среднего общего образования, предполагающим углубленное изучение отдельных учебных предметов, возможности продолжить обучение в той же образовательной организации, без нормативного установления указанных гарантий продолжения обучения по общеобразовательным программам среднего общего образования.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 правовой смысл пункта 1 части 1 статьи 61 и части 5 статьи 67 Федерального закона «Об образовании в Российской Федерации»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26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