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24-П/2018</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июня 2018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1 статьи 7 Федерального закона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сотрудников учреждений и органов уголовно-исполнительной системы, сотрудников войск национальной гвардии Российской Федерации» в связи с жалобой гражданина А.П.Звягинцева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1 статьи 7 Федерального закона «Об 2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сотрудников учреждений и органов уголовно-исполнительной системы, сотрудников войск национальной гвардии Российской Федерации». Поводом к рассмотрению дела явилась жалоба гражданина А.П.Звягинцева.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К.В.Арановского,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пункту 1 статьи 7 Федерального закона от 28 марта 1998 года № 52-ФЗ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сотрудников учреждений и органов уголовно-исполнительной системы, сотрудников войск национальной гвардии Российской Федерации» если страхователь не осуществил обязательное государственное страхование или заключил договор страхования на условиях, ухудшающих положение выгодоприобретателя по сравнению с условиями, определенными данным Федеральным законом, то при наступлении страхового случая он несет ответственность перед выгодоприобретателем на тех же условиях, на каких должна быть выплачена страховая сумма при надлежащем страховании. Как следует из материалов настоящего дела, оспаривающий конституционность приведенного законоположения гражданин А.П.Звягинцев заключением военно-врачебной комиссии от 15 января 2016 3 года был признан негодным к службе в органах внутренних дел и приказом от 18 января 2016 года уволен со службы в связи с болезнью, а 1 февраля 2016 года ему была установлена инвалидность II группы вследствие заболевания, полученного в период военной службы. ООО «Страховая компания «ВТБ Страхование», куда А.П.Звягинцев обратился с заявлением о выплате страховой суммы по договору обязательного государственного страхования жизни и здоровья в соответствии с Федеральным законом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сотрудников учреждений и органов уголовно-исполнительной системы, сотрудников войск национальной гвардии Российской Федерации», письмом от 1 марта 2016 года отказало ему в этом, сославшись на отсутствие заключенного с МВД России на 2016 год государственного контракта обязательного государственного страхования жизни и здоровья лиц рядового и начальствующего состава органов внутренних дел. Решением Кировского районного суда города Томска от 9 ноября 2016 года (с учетом дополнительного решения от 29 декабря 2016 года) исковые требования А.П.Звягинцева к ООО «Страховая компания «ВТБ Страхование» и МВД России о взыскании страховой суммы и неустойки оставлены без удовлетворения на том основании, что инвалидность была установлена истцу до истечения одного года после увольнения со службы, однако само увольнение произошло за пределами срока действия заключенного с указанной страховой компанией государственного контракта и что МВД России по итогам конкурсных процедур, проведенных согласно требованиям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12 сентября 2016 года заключило соответствующий государственный контракт со страховой организацией ООО «Страховая компания «Арсеналъ», о чем истец был извещен письмом от 21 сентября 4 2016 года. Привлеченное к участию в деле в качестве третьего лица ООО «Страховая компания «Арсеналъ» сообщило суду в письменном отзыве, что А.П.Звягинцев вправе в рамках этого государственного контракта обратиться за страховым возмещением, которое он не получил, поскольку необходимые для его выплаты документы в страховую организацию не поступали. Оставляя решение суда первой инстанции без изменения, а апелляционную жалобу представителя А.П.Звягинцева без удовлетворения, судебная коллегия по гражданским делам Томского областного суда подчеркнула в апелляционном определении от 17 февраля 2017 года, что государство свою обязанность по бюджетному финансированию обязательного государственного страхования жизни и здоровья лиц рядового и начальствующего состава органов внутренних дел Российской Федерации исполнило, а МВД России как уполномоченный федеральный орган исполнительной власти, в свою очередь, заключило соответствующий государственный контракт с ООО «Страховая компания «Арсеналъ» (которое к моменту рассмотрения апелляционной жалобы выплатило истцу причитающуюся ему страховую сумму), а потому правовые основания для удовлетворения требования о взыскании страховой суммы с МВД России отсутствуют; учитывая, что ООО «Страховая компания «ВТБ Страхование» в 2016 году не являлось надлежащим страховщиком, МВД России возложенные на него обязательства исполнило и суд первой инстанции правомерно отказал в удовлетворении искового заявления в части основного требования к ответчикам, оснований для взыскания с них неустойки также не имеется. Определениями судьи Томского областного суда от 20 июня 2017 года и судьи Верховного Суда Российской Федерации от 30 августа 2017 года в передаче кассационных жалоб, поданных в интересах А.П.Звягинцева, для рассмотрения в судебном заседании судов кассационной инстанции было отказано. Гражданин А.П.Звягинцев просит признать оспариваемое им законоположение не соответствующим статьям 7 и 39 (части 1 и 2) 5 Конституции Российской Федерации в части, допускающей возможность произвольного толкования понятий осуществления страхователем обязательного государственного страхования жизни и здоровья военнослужащих и приравненных к ним лиц и реализации права застрахованного лица на полное и своевременное получение страховой суммы при наступлении страхового случая, в результате чего страхователь освобождается от ответственности в виде неустойки за нарушение срока ее выплаты. Таким образом, с учетом требований статей 36, 74, 96 и 97 Федерального конституционного закона «О Конституционном Суде Российской Федерации», пункт 1 статьи 7 Федерального закона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сотрудников учреждений и органов уголовно-исполнительной системы, сотрудников войск национальной гвардии Российской Федерации» является предметом рассмотрения Конституционного Суда Российской Федерации по настоящему делу постольку, поскольку на его основании решается вопрос о взыскании неустойки как меры ответственности за необоснованную задержку выплаты сумм в возмещение вреда, причиненного жизни или здоровью военнослужащих и приравненных к ним лиц, в соответствии с названным Федеральным законом, если предусмотренный им страховой случай наступил при отсутствии своевременно заключенного со страховой организацией договора обязательного государственного страхования. При этом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смыслу статей 37 (часть 1) и 59 (части 1 и 2) Конституции Российской Федерации во взаимосвязи с ее статьями 32 (часть 4), 71 (пункт «м»), 72 (пункт «б» части 1) и 114 (пункты «д», «е» части 1), военная и аналогичная ей служба, включая службу в органах внутренних дел, посредством прохождения которой граждане реализуют свое право на труд, представляет собой особый вид государственной службы, непосредственно связанной с обеспечением обороны страны и безопасности государства, общественного порядка, законности, прав и свобод граждан и, следовательно, осуществляемой в публичных интересах. Лица, несущие такого рода службу, выполняют конституционно значимые функции, чем обусловливается их правовой статус, а также содержание и характер обязанностей государства по отношению к ним. Обязанности, возлагаемые на лиц, несущих военную и аналогичную ей службу, предполагают необходимость выполнения ими поставленных задач в любых условиях, в том числе сопряженных со значительным риском для жизни и здоровья, что – в силу статей 1 (часть 1), 2, 7, 37 (части 1 и 3), 39 (части 1 и 2), 41 (часть 1), 45 (часть 1), 59 и 71 (пункты «в», «м») Конституции Российской Федерации – влечет обязанность государства гарантировать им материальное обеспечение и компенсации в случае причинения вреда жизни или здоровью при прохождении службы. Одной из форм исполнения государством указанной конституционной обязанности является обязательное государственное страхование жизни и здоровья военнослужащих и приравненных к ним лиц, установленное в целях защиты их социальных интересов и интересов государства (пункт 1 статьи 969 ГК Российской Федерации), осуществляемое на основании Федерального закона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сотрудников учреждений и 7 органов уголовно-исполнительной системы, сотрудников войск национальной гвардии Российской Федерации». Оценивая конституционность абзаца второго пункта 4 статьи 11 «Порядок и условия выплаты страховых сумм» названного Федерального закона в первоначальной редакции,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Федеральный закон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сотрудников учреждений и органов уголовно-исполнительной системы, сотрудников войск национальной гвардии Российской Федерации» устанавливает, что обязательное государственное страхование жизни и здоровья военнослужащих и приравненных к ним лиц осуществляется на основании договоров страхования, заключаемых страхователями – федеральными органами исполнительной власти и федеральными государственными органами, в которых законодательством Российской Федерации предусмотрена военная и приравненная к ней служба, и 9 страховщиками – выбираемыми в порядке, предусмотренном законодательством Российской Федерации, страховыми организациями, имеющими лицензии на осуществление данного вида страхования, в пользу третьего лица – выгодоприобретателя, и закрепляет условия, необходимые для реализации выгодоприобретателем права на получение установленных законом страховых сумм, включая их размер, основания освобождения страховщика от выплаты страховых сумм, порядок и условия их выплаты (статьи 2, 3, 5, 6, 10 и 11). В частности, возникновение у выгодоприобретателя права на получение страховых сумм ставится названным Федеральным законом в зависимость от наступления страхового случая, а корреспондирующая этому праву обязанность страховщика выплатить соответствующие страховые суммы в 15-дневный срок – в зависимость от получения им подтверждающих наступление страхового случая документов, перечень которых устанавливается Правительством Российской Федерации (пункты 1 и 4 статьи 11); при этом в целях своевременной выплаты страховых сумм на организации страхователя и федеральные учреждения медико-социальной экспертизы возлагается обязанность оказывать выгодоприобретателям содействие в истребовании и оформлении документов, необходимых для принятия решения о выплате страховых сумм, а на должностных лиц организаций страхователя, ответственных за осуществление обязательного государственного страхования, виновных в необоснованном отказе в предоставлении и оформлении выгодоприобретателям таких документов, – ответственность в порядке, установленном законодательством Российской Федерации (пункты 3 и 4 статьи 7). Нарушение права на получение страховых сумм вследствие необоснованной задержки соответствующей выплаты влечет, как следует из пункта 4 статьи 11 названного Федерального закона, обязанность страховщика выплатить выгодоприобретателю неустойку в размере 1 процента страховой суммы за каждый день просрочки. Предусмотренное данной нормой правило об ответственности страховщика в виде неустойки, 10 которая, будучи, по смыслу статей 12, 330, 332 и 394 ГК Российской Федерации, способом обеспечения исполнения обязательств и мерой имущественной ответственности за их неисполнение или ненадлежащее исполнение, позволяя снизить вероятность нарушения прав выгодоприобретателя, выступает специальной гарантией защиты прав застрахованного лица, адекватной с точки зрения принципов равенства и справедливости положению и возможностям этого лица как наименее защищенного участника соответствующих правоотношений (Постановление Конституционного Суда Российской Федерации от 26 декабря 2002 года</w:t>
      </w:r>
    </w:p>
    <w:p>
      <w:pPr>
        <w:pStyle w:val="Heading3"/>
      </w:pPr>
      <w:r>
        <w:rPr>
          <w:rFonts w:ascii="Times New Roman" w:hAnsi="Times New Roman" w:eastAsia="Times New Roman" w:cs="Times New Roman"/>
          <w:b/>
          <w:i w:val="0"/>
          <w:sz w:val="22"/>
        </w:rPr>
        <w:t>Пункт 4. Конституционные основы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Использование инструментов гражданско-правового регулирования, в частности договора, при осуществлении обязательного государственного страхования жизни и здоровья военнослужащих и приравненных к ним лиц не может изменить природу прав и обязанностей, связывающих – в силу статей 35, 37 (части 1 и 3), 39 (части 1 и 2), 41 (часть 1) и 59 Конституции Российской Федерации – государство и лиц, жизни или здоровью которых при прохождении военной и аналогичной ей службы причинен вред. По смыслу приведенной правовой позиции Конституционного Суда Российской Федерации, выраженной в Постановлении от 26 декабря 2002 года Страхователь, не осуществивший обязательное государственное страхование или заключивший соответствующий договор страхования на условиях, ухудшающих положение выгодоприобретателя по сравнению с установленными Федеральным законом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сотрудников учреждений и органов уголовно-исполнительной системы, сотрудников войск национальной гвардии Российской Федерации», при наступлении страхового случая несет, как следует из пункта 1 статьи 7 данного Федерального закона, ответственность перед выгодоприобретателем на тех же условиях, на каких должна быть выплачена страховая сумма при надлежащем страховании. Будучи гарантией прав выгодоприобретателей по договору обязательного государственного страхования, такая ответственность является вместе с тем способом, побуждающим к исполнению конституционно- правовой обязанности государства возместить вред, причиненный жизни или здоровью военнослужащих и приравненных к ним лиц при прохождении ими службы, который предусмотрен законом, в том числе для случаев, когда возмещение вреда путем выплаты страховой суммы не было обеспечено вследствие того, что такой договор заключен не был. Следовательно, выплата выгодоприобретателю соответствующей суммы при отсутствии заключенного договора обязательного государственного страхования направлена на обеспечение гарантированного законом страхового возмещения, причем в том же размере, в каком страховщик должен был выплатить страховую сумму по своевременно заключенному договору страхования, включая неустойку за ее необоснованную задержку. Такое понимание ответственности перед выгодоприобретателем по договору обязательного государственного 14 страхования жизни и здоровья военнослужащих и приравненных к ним лиц не расходится с предписаниями статьи 969 ГК Российской Федерации, в силу которых обязательное государственное страхование жизни, здоровья и имущества государственных служащих определенных категорий может осуществляться как на основании договоров страхования, заключаемых страховщиками и страхователями, так и непосредственно на основании законов и иных правовых актов. Само по себе отсутствие договора страхования не отменяет указанную конституционно-правовую обязанность, а, напротив, предполагает необходимость ее надлежащего исполнения в специально предусмотренном законом порядке, что согласуется со статьей 8 ГК Российской Федерации, в силу которой гражданские права и обязанности возникают не только из договоров, но и, в частности, из актов государственных органов, предусмотренных законом в качестве основания возникновения этих прав и обязанностей, вследствие действий или событий, с которыми закон либо иной правовой акт связывает наступление гражданско-правовых последствий. Не отменяется при этом и действие общих гражданско- правовых оснований ответственности за нарушение обязательства, включая вину, с тем условием, что бремя доказывания отсутствия вины несет, по общему правилу, лицо, нарушившее обязательство (пункты 1 и 2 статьи 401 ГК Российской Федерации). Между тем в самом заключении договора обязательного государственного страхования жизни и здоровья застрахованные лица и выгодоприобретатели не участвуют, а потому непосредственно их поведением не может быть обусловлено исполнение либо неисполнение страхователем обязанностей по его заключению. Соответственно, если договор обязательного государственного страхования не заключен, а у лица, подлежащего обязательному государственному страхованию в соответствии с Федеральным законом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15 Российской Федерации, Государственной противопожарной службы, сотрудников учреждений и органов уголовно-исполнительной системы, сотрудников войск национальной гвардии Российской Федерации», возникло право на страховую выплату вследствие наступления страхового случая (притом что это лицо сообщило страхователю необходимые и достоверные о себе сведения), страхователь несет ответственность, предусмотренную пунктом 1 статьи 7 названного Федерального закона. Следовательно, содержащееся в нем положение, аналогичное пункту 2 статьи 937 ГК Российской Федерации, направлено на предоставление дополнительных гарантий выплаты сумм в возмещение вреда, причиненного жизни или здоровью военнослужащих и приравненных к ним лиц, в случае ненадлежащего исполнения страхователем обязанностей по обязательному государственному страхованию и как таковое не дает оснований для вывода о его неконституционности. По буквальному смыслу пункта 1 статьи 7 Федерального закона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сотрудников учреждений и органов уголовно-исполнительной системы, сотрудников войск национальной гвардии Российской Федерации», отсутствие договора обязательного государственного страхования или его несвоевременное заключение не могут служить основанием для освобождения страхователя от обязанности возместить вред, причиненный жизни или здоровью военнослужащих и приравненных к ним лиц. В то же время в правоприменительной практике (что подтверждается, в частности, материалами, представленными в Конституционный Суд Российской Федерации заявителем по настоящему делу) указанное законоположение понимается как не предусматривающее выплату страхователем неустойки за необоснованную задержку выплаты сумм в возмещение вреда, причиненного жизни или здоровью военнослужащих и 16 приравненных к ним лиц, при наступлении страховых случаев, предусмотренных названным Федеральным законом, при отсутствии своевременно заключенного договора обязательного государственного страхования, если в дальнейшем соответствующий договор был заключен страхователем с отвечающей установленным требованиям страховой организацией. В результате страхователь, исполняющий возложенные на него Федеральным законом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сотрудников учреждений и органов уголовно-исполнительной системы, сотрудников войск национальной гвардии Российской Федерации» обязанности с просрочкой, в том числе значительной, фактически освобождается от предусмотренной пунктом 1 его статьи 7 ответственности. Такое истолкование снижает уровень государственной защиты права выгодоприобретателя на своевременное и в полном объеме возмещение вреда, причиненного жизни или здоровью, в соответствии с названным Федеральным законом, если договор обязательного государственного страхования своевременно не заключен, а следовательно, не отвечает вытекающим из статей 19 (части 1 и 2), 37 (части 1 и 3), 39 (части 1 и 2), 45 (часть 1) и 55 (часть 3) Конституции Российской Федерации в их взаимосвязи требованиям надлежащей государственной защиты прав и законных интересов военнослужащих и приравненных к ним лиц, которая в Российской Федерации как правовом и социальном государстве должна осуществляться на началах справедливости и юридического равенства.</w:t>
      </w:r>
    </w:p>
    <w:p>
      <w:pPr>
        <w:pStyle w:val="Heading3"/>
      </w:pPr>
      <w:r>
        <w:rPr>
          <w:rFonts w:ascii="Times New Roman" w:hAnsi="Times New Roman" w:eastAsia="Times New Roman" w:cs="Times New Roman"/>
          <w:b/>
          <w:i w:val="0"/>
          <w:sz w:val="22"/>
        </w:rPr>
        <w:t>Пункт 5. Доводы заявителя</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Таким образом, пункт 1 статьи 7 Федерального закона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сотрудников учреждений и органов уголовно-исполнительной системы, сотрудников войск 17 национальной гвардии Российской Федерации» не соответствует Конституции Российской Федерации, ее статьям 19 (части 1 и 2), 37 (части 1 и 3), 39 (части 1 и 2), 45 (часть 1) и 55 (часть 3), в той мере, в какой содержащееся в нем положение – по смыслу, придаваемому ему правоприменительной практикой, – допускает отказ в выплате неустойки за необоснованную задержку выплаты суммы в возмещение вреда, причиненного жизни или здоровью, выгодоприобретателю, представившему в страховую организацию, уполномоченную, по имеющейся у него (сообщенной ему страхователем) информации, на осуществление страховой выплаты, а при отсутствии такой информации – страхователю необходимые для принятия решения об этой выплате документы при наступлении страхового случая, предусмотренного названным Федеральным законом, если договор обязательного государственного страхования со страховой организацией своевременно не заключен. В целях обеспечения защиты конституционно значимых ценностей, включая стабильность правового регулирования, и в интересах субъектов права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1 статьи 7 Федерального закона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сотрудников учреждений и органов уголовно- исполнительной системы, сотрудников войск национальной гвардии Российской Федерации» соответствующим Конституции Российской Федерации в той мере, в какой им предусматриваются дополнительные гарантии выплаты сумм в возмещение вреда, причиненного жизни или здоровью военнослужащих и приравненных к ним лиц, в случае ненадлежащего исполнения страхователем обязанностей по обязательному государственному страхованию на основании названного Федерального закона.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пункт 1 статьи 7 Федерального закона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20 органов внутренних дел Российской Федерации, Государственной противопожарной службы, сотрудников учреждений и органов уголовно- исполнительной системы, сотрудников войск национальной гвардии Российской Федерации» не соответствующим Конституции Российской Федерации, ее статьям 19 (части 1 и 2), 37 (части 1 и 3), 39 (части 1 и 2), 45 (часть 1) и 55 (часть 3), в той мере, в какой содержащееся в нем положение – по смыслу, придаваемому ему правоприменительной практикой, – допускает отказ выгодоприобретателю, представившему в страховую организацию, уполномоченную, по имеющейся у него (сообщенной ему страхователем) информации, на осуществление страховой выплаты, а при отсутствии такой информации – страхователю необходимые для принятия решения об этой выплате документы, в выплате неустойки за необоснованную задержку выплаты суммы в возмещение вреда, причиненного его жизни или здоровью, при наступлении страхового случая, предусмотренного названным Федеральным законом, если договор обязательного государственного страхования со страховой организацией своевременно не заключен.</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Федеральному законодателю надлежит – исходя из требований Конституции Российской Федерации и с учетом правовых позиций Конституционного Суда Российской Федерации, выраженных в настоящем Постановлении, – внести в правовое регулирование необходимые изменения, вытекающие из настоящего Постановления.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Правоприменительные решения, вынесенные в отношении гражданина Звягинцева Андрея Петровича на основании пункта 1 статьи 7 Федерального закона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сотрудников учреждений и органов уголовно-исполнительной системы, сотрудников войск национальной гвардии Российской Федерации» в той мере, в какой он признан не соответствующим Конституции Российской Федерации, подлежат пересмотру в установленном порядке. 21</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