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13-П/2017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2017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части третьей статьи 31 Уголовно-процессуального кодекса Российской Федерации в связи с запросом Ленинградского областного суда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31 части первой, частями третьей и четвертой статьи 3, частью первой статьи 21, статьями 36, 471, 74, 86, 101, 102 и 104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 части третьей статьи 31 УПК Российской Федерации. Поводом к рассмотрению дела явился запрос Ленинградского областного суда. Основанием к рассмотрению дела явилась обнаружившаяся 2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Ю.М.Данилова,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1 части третьей статьи 31 УПК Российской Федерации в редакции Федерального закона от 5 мая 2014 года № 130-ФЗ (с учетом изменений, внесенных Федеральным законом от 8 марта 2015 года № 47-ФЗ), верховному суду республики, краевому или областному суду, суду города федерального значения, суду автономной области, суду автономного округа, окружному (флотскому) военному суду подсудны, в частности, уголовные дела о преступлениях, предусмотренных частью второй статьи 105, частью пятой статьи 131, частью пятой статьи 132, частью шестой статьи 134, частью четвертой статьи 210, частью пятой статьи 2281, частью четвертой статьи 2291, статьей 277, частью третьей статьи 281, статьями 295, 317 и 357 УК Российской Федерации, за исключением уголовных дел, по которым в соответствии с положениями Уголовного кодекса Российской Федерации в качестве наиболее строгого вида наказания не могут быть назначены пожизненное лишение свободы или смертная казнь. При этом возможность рассмотрения уголовных дел, подсудных верховному суду республики, краевому, областному или другому равному им по уровню суду, судом с участием присяжных заседателей определяется на основании пункта 2 части второй статьи 30 УПК Российской Федерации, согласно которому суд первой инстанции по ходатайству обвиняемого рассматривает в составе судьи федерального суда общей юрисдикции и коллегии из двенадцати присяжных заседателей уголовные дела о преступлениях, указанных в пункте 1 части третьей статьи 31 данного Кодекса (за исключением ряда составов преступлений из предусмотренных статьями 131, 132, 134, 212, 275, 276, 278, 279 и 281 УК Российской Федерации). 3 Конституционность пункта 1 части третьей статьи 31 УПК Российской Федерации оспаривает Ленинградский областной суд, в производстве которого находится уголовное дело по обвинению гражданки А.В.Половинкиной в преступлениях, предусмотренных частью третьей статьи 30 и частью пятой статьи 2281 (покушение на незаконный сбыт наркотических средств в особо крупном размере) УК Российской Федерации и пунктом «б» части четвертой его статьи 2291 (контрабанда наркотических средств в особо крупном размере). В качестве возможной санкции за совершение деяний, предусмотренных частью пятой статьи 2281 и частью четвертой статьи 2291 УК Российской Федерации, установлено наказание в виде пожизненного лишения свободы, которое согласно части второй его статьи 57 женщинам не назначается. Как следует из запроса и приложенных к нему документов, по окончании ознакомления с материалами уголовного дела в порядке, определенном статьей 217 УПК Российской Федерации, А.В.Половинкина заявила ходатайство, подтвержденное затем в ходе предварительного слушания, о рассмотрении ее уголовного дела судом с участием присяжных заседателей. Постановлением Гатчинского городского суда Ленинградской области от 21 декабря 2016 года со ссылкой на пункт 2 части второй статьи 30 и пункт 1 части третьей статьи 31 УПК Российской Федерации, а также на Постановление Конституционного Суда Российской Федерации от 25 февраля 2016 года В силу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общепризнанным принципам и нормам международного права и в соответствии с Конституцией Российской Федерации в Российской Федерации признается и гарантируется право каждого на судебную защиту его прав и свобод как основное неотчуждаемое право человека (статья 17, части 1 и 2; статья 46, часть 1, Конституции Российской Федерации). Одной из основополагающих гарантий права на судебную защиту и его непременной составляющей является закрепленное статьей 47 (часть 1) Конституции Российской Федерации право каждого на рассмотрение его дела в том суде и тем судьей, к подсудности которых оно отнесено законом. По смыслу статей 20 (часть 2), 47 (часть 2) и 123 (часть 4) Конституции Российской Федерации, право на законный суд включает и право обвиняемого в совершении преступления на рассмотрение его дела судом с участием присяжных заседателей в предусмотренных федеральным законом случаях. Регулирование данного права, как следует из указанных статей Конституции Российской Федерации во взаимосвязи с ее статьями 71 (пункты «в», «г», «о»), 118 (часть 3) и 128 (часть 3), является дискрецией федерального законодателя, управомоченного определять, в каких, помимо закрепленного в статье 20 (часть 2) Конституции Российской Федерации, случаях суд с участием присяжных заседателей может выступать в качестве 8 законного суда по тем уголовным делам, которые отнесены к соответствующей категории федеральным законом. В силу правовых позиций Конституционного Суда Российской Федерации рассмотрение уголовных дел судом с участием присяжных заседателей не является непременным условием реализации обвиняемым права на судебную защиту как основного неотчуждаемого права, гарантируемого Конституцией Российской Федерации, однако судопроизводство с участием присяжных заседателей как конституционно одобряемый способ участия граждан в отправлении правосудия, в ходе которого не профессиональный судья, а коллегия присяжных самостоятельно принимает решение по вопросу о виновности подсудимого, имеет особую конституционно-правовую значимость; исходя из этого федеральный законодатель не вправе, учитывая требования статей 17 (часть 3) и 55 (часть 3) Конституции Российской Федерации, допускать произвольный и необоснованный отказ от этой формы судопроизводства при рассмотрении дел по тем конкретным составам преступлений, где она уже предусмотрена; само по себе определение федеральным законом подсудности уголовных дел, в том числе подлежащих рассмотрению судом с участием присяжных заседателей, равно как и изменение ранее установленной подсудности не могут рассматриваться как ограничивающие доступ к правосудию и затрагивающие само существо права на законный суд (постановления от 19 апреля 2010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Избранный федеральным законодателем подход к определению категорий уголовных дел, которые могут быть рассмотрены судом с участием присяжных заседателей, в целом не основанный на учете самих по себе гендерных характеристик обвиняемого, применительно к отдельным составам преступлений, предусматривающим в виде санкции смертную казнь или пожизненное лишение свободы, выдерживается не всегда. В частности, по прямому предписанию пункта 2 части второй статьи 30 и пункта 1 части третьей статьи 31 УПК Российской Федерации в их системной связи с соответствующими положениями уголовного закона уголовные дела о преступлениях, предусмотренных частью второй статьи 105, частью четвертой статьи 210, частью пятой статьи 2281, частью четвертой статьи 2291, статьями 277, 295, 317 и 357 УК Российской Федерации, если они совершены женщинами, как не относящиеся к подсудности верховного суда республики, краевого, областного и других равных им по уровню судов, ни при каких условиях не могут быть рассмотрены судом в составе судьи такого суда и коллегии из двенадцати присяжных заседателей – в отличие от уголовных дел о таких же преступлениях, если в их совершении обвиняются мужчины: подсудность этих дел судам данного уровня – при отсутствии оснований, исключающих назначение наказания в виде смертной казни или пожизненного лишения свободы, – определяется независимо от воли 11 обвиняемого, но при предоставлении ему возможности выбора состава суда (коллегия из трех судей или судья и коллегия из двенадцати присяжных заседателей). Оценивая в Постановлении от 25 февраля 2016 года</w:t>
      </w:r>
    </w:p>
    <w:p>
      <w:pPr>
        <w:pStyle w:val="Heading3"/>
      </w:pPr>
      <w:r>
        <w:rPr>
          <w:rFonts w:ascii="Times New Roman" w:hAnsi="Times New Roman" w:eastAsia="Times New Roman" w:cs="Times New Roman"/>
          <w:b/>
          <w:i w:val="0"/>
          <w:sz w:val="22"/>
        </w:rPr>
        <w:t>Пункт 4. Доводы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пункт 1 части третьей статьи 31 УПК Российской Федерации – как исключающий в системе действующего правового регулирования, в том числе во взаимосвязи с пунктом 2 части второй статьи 30 данного Кодекса, частью второй статьи 57 и частью второй статьи 59 УК Российской Федерации, возможность рассмотрения судом в составе судьи верховного суда республики, краевого, областного или другого равного им по уровню суда и коллегии из двенадцати присяжных заседателей уголовного дела по обвинению женщины в совершении преступления, предусмотренного пунктом «б» части четвертой статьи 2291 УК Российской Федерации, притом что уголовное дело по обвинению мужчины в совершении такого преступления при тех же условиях может быть рассмотрено судом в данном составе, – не соответствует Конституции Российской Федерации, ее статьям 17 (части 1 и 3), 19, 47, 55 (часть 3) и 123 (часть 4). Поскольку лежащие в основе российского конституционного правопорядка общеправовые принципы равенства и правовой определенности распространяются и на установление не являвшейся предметом рассмотрения Конституционного Суда Российской Федерации по настоящему делу подсудности уголовных дел по обвинению женщин в иных преступлениях, за совершение которых в качестве наиболее строгого вида наказания предусматривается пожизненное лишение свободы или смертная казнь, притом что уголовные дела по обвинению мужчин в совершении таких же преступлений при тех же условиях могут быть рассмотрены верховным судом республики, краевым, областным или другим равным им по уровню судом, внесение федеральным законодателем в правовое регулирование подсудности надлежащих изменений, вытекающих из настоящего Постановления, должно быть направлено на исключение неоправданных различий в правах обвиняемых в зависимости от пола. 14 При этом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 части третьей статьи 31 УПК Российской Федерации не соответствующим Конституции Российской Федерации, ее статьям 17 (части 1 и 3), 19, 47, 55 (часть 3) и 123 (часть 4), в той мере, в какой в системе действующего правового регулирования, в том числе во взаимосвязи с пунктом 2 части второй статьи 30 УПК Российской Федерации, частью второй статьи 57 и частью второй статьи 59 УК Российской Федерации, им исключается возможность рассмотрения судом в составе судьи верховного суда республики, краевого, областного или другого равного им по уровню суда и коллегии из двенадцати присяжных заседателей уголовного дела по обвинению женщины в совершении преступления, предусмотренного пунктом «б» части четвертой статьи 2291 УК Российской Федерации, притом что уголовное дело по обвинению мужчины в совершении такого преступления при тех же условиях может быть рассмотрено судом в данном составе. 17 В силу статьи 125 (часть 6) Конституции Российской Федерации, частей второй и четвертой статьи 87 Федерального конституционного закона «О Конституционном Суде Российской Федерации» это означает, что женщине, обвиняемой в преступлении, за совершение которого в качестве наиболее строгого вида наказания соответствующей статьей (частью статьи) Уголовного кодекса Российской Федерации предусматривается пожизненное лишение свободы или смертная казнь, – притом что уголовное дело по обвинению мужчины в совершении такого преступления при тех же условиях может быть рассмотрено судом в составе судьи и коллегии из двенадцати присяжных заседателей – должно предоставляться право на рассмотрение ее уголовного дела тем же судом и в таком же составе, что и мужчине.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Уголовно-процессуальный кодекс Российской Федерации изменения, обеспечивающие женщинам, обвиняемым в совершении преступлений, за совершение которых в качестве наиболее строгого вида наказания предусматривается пожизненное лишение свободы или смертная казнь, реализацию права на рассмотрение их уголовных дел судом с участием присяжных заседателей наравне с мужчинами, уголовные дела по обвинению которых в совершении таких преступлений при тех же условиях могут быть рассмотрены судом с участием присяжных заседателей.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18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