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абзацев второго, третьего, десятого и двенадцатого подпункта «а» пункта 2 статьи 24 Федерального закона «О воинской обязанности и военной службе» в связи с запросом Ленинского районного суда города Санкт- 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абзацев второго, третьего, десятого и двенадцатого 2 подпункта «а» пункта 2 статьи 24 Федерального закона «О воинской обязанности и военной службе». Поводом к рассмотрению дела явился запрос Ленинского районного суда города Санкт-Петербурга.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положениями подпункта «а» пункта 2 статьи 24 Федерального закона от 28 марта 1998 года № 53-ФЗ «О воинской обязанности и военной службе» право на отсрочку от призыва на военную службу имеют граждане,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(абзац второй); в 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стандартами (абзац третий); предусмотренная данным подпунктом отсрочка от призыва на военную службу предоставляется гражданину только один раз, за исключением, в частности, случая, если первая 3 отсрочка от призыва на военную службу была предоставлена гражданину в соответствии с абзацами вторым (при получении среднего общего образования) и (или) пятым (на период обучения на подготовительных отделениях федеральных государственных образовательных организаций высшего образования) данного подпункта, гражданин повторно может воспользоваться правом на отсрочку от призыва на военную службу в соответствии с его абзацем седьмым (при получении высшего образования по программе бакалавриата) или восьмым (при получении высшего образования по программе специалитета) (абзацы десятый и двенадцатый). В производстве Ленинского районного суда города Санкт- Петербурга находится административное дело по административному исковому заявлению гражданина И.А.Соловьева к призывной комиссии внутригородского муниципального образования Санкт-Петербурга муниципального округа «Екатерингофский» и военному комиссариату города Санкт-Петербурга о признании решения призывной комиссии внутригородского муниципального образования Санкт-Петербурга муниципального округа «Екатерингофский» о призыве его на военную службу незаконным и отмене этого решения. И.А.Соловьев, родившийся 29 сентября 1998 года, окончил среднюю общеобразовательную школу в 2017 году и 1 сентября того же года поступил в Санкт-Петербургское государственное бюджетное профессиональное образовательное учреждение «Колледж управления и экономики «Александровский лицей» для обучения по программе среднего профессионального образования. 1 декабря 2017 года призывной комиссией внутригородского муниципального образования Санкт- Петербурга муниципального округа «Екатерингофский» было принято решение о призыве И.А.Соловьева на военную службу, поскольку отсрочки от призыва на военную службу ему были предоставлены дважды: на основании абзаца второго подпункта «а» пункта 2 статьи 24 Федерального закона «О воинской обязанности и военной службе» как 4 достигшему призывного возраста (18 лет) до окончания средней общеобразовательной школы и в соответствии с подпунктом «г» того же пункта 2 как успешно прошедшему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 Полагая свои права нарушенными, И.А.Соловьев обратился в Ленинский районный суд города Санкт-Петербурга с соответствующим иском. Придя к выводу о наличии неопределенности в вопросе о том, соответствуют ли Конституции Российской Федерации подлежащие применению в данном деле абзацы второй, третий, десятый и двенадцатый подпункта «а» пункта 2 статьи 24 Федерального закона «О воинской обязанности и военной службе», Ленинский районный суд города Санкт- Петербурга определением от 29 января 2018 года приостановил производство по указанному административному делу и обратился в В силу требований статей 74, 101 и 102 Федерального конституционного закона «О Конституционном Суде Российской 5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Конституции Российской Федерации в России как демократическом правовом и социальном государстве, обязанностью которого являются признание, соблюдение и защита прав и свобод человека и гражданина, охраняется достоинство личности и создаются условия, обеспечивающие достойную жизнь и свободное развитие человека (статья 1, часть 1; статья 2; статья 7, часть 1; статья 21, часть 1); права и свободы человека и гражданина являются непосредственно действующими, определяют смысл, содержание и применение законов, 7 деятельность законодательной и исполнительной власти, местного самоуправления и обеспечиваются правосудием (статья 18), а их равенство гарантируется государством (статья 19, части 1 и 2). Одной из важнейших функций социального государства, в осуществлении которых участвуют все уровни публичной власти – Российская Федерация, субъекты Российской Федерации и местное самоуправление, является обеспечение права каждого на образование. Закрепляя в статье 43 (часть 1) данное право и одновременно провозглашая в статье 59 (части 1 и 2) защиту Отечества долгом и обязанностью гражданина Российской Федерации, в том числе посредством несения военной службы, Конституция Российской Федерации относит к ведению Российской Федерации регулирование и защиту прав и свобод человека и гражданина, оборону и безопасность, федеральную государственную, включая военную, службу (статья 71, пункты «в», «м», «т»), а к сфере совместного ведения Российской Федерации и ее субъектов – общие вопросы воспитания и образования (статья 72, пункт «е» части 1). Реализуя предоставленные ему статьей 76 (части 1 и 2) Конституции Российской Федерации полномочия в этих сферах, федеральный законодатель предусмотрел в Федеральном законе от 29 декабря 2012 года № 273-ФЗ «Об образовании в Российской Федерации» в качестве одного из основных академических прав обучающихся право на отсрочку от призыва на военную службу, предоставляемую им в связи с получением образования разного вида и уровня в соответствии с Федеральным законом «О воинской обязанности и военной службе» (пункт 8 части 1 статьи 34). Отсрочка от призыва на военную службу в связи с обучением в организации, осуществляющей образовательную деятельность, является, таким образом, с одной стороны, установленной законом гарантией конституционного права на образование, а с другой, как указал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в Российской Федерации каждый имеет право свободно распоряжаться своими способностями к труду, выбирать род деятельности и профессию; гарантируются общедоступность и бесплатность среднего профессионального образования в государственных или муниципальных образовательных учреждениях и на предприятиях; каждый вправе на 9 конкурсной основе бесплатно получить высшее образование в государственном или муниципальном образовательном учреждении и на предприятии (статья 37, часть 1; статья 43, части 2 и 3). Развивая приведенные конституционные положения, Федеральный закон «Об образовании в Российской Федерации» предусматривает, что профессиональное образование, представляющее собой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 реализуется по следующим уровням образования: среднее профессиональное образование; высшее образование – бакалавриат; высшее образование – специалитет, магистратура; высшее образование – подготовка кадров высшей квалификации (пункт 12 статьи 2, части 3 и 5 статьи 10); лица, имеющие среднее общее образование, допускаются к освоению образовательных программ среднего профессионального образования и к освоению программ высшего образования – программ бакалавриата и программ специалитета (часть 2 статьи 68 и часть 2 статьи 69). Таким образом, в рамках действующего правового регулирования гражданин, освоивший образовательную программу среднего общего образования и успешно прошедший государственную итоговую аттестацию, имеет возможность самостоятельно выбрать один из возможных вариантов продолжения образования или начать профессиональную деятельность. С одной стороны, решая задачу подготовки квалифицированных кадров для нужд экономики страны, а с другой – устанавливая порядок исполнения гражданами обязанности по защите Отечества путем несения военной службы, федеральный законодатель в рамках предоставленной 10 ему Конституцией Российской Федерации дискреции (статья 59, часть 2; статья 71, пункты «в», «е», «м»; статья 72, пункт «е» части 1) предусмотрел в Федеральном законе «О воинской обязанности и военной службе» систему отсрочек от призыва на военную службу для граждан, получающих по очной форме обучения профессиональное образование различного уровня незамедлительно после получения среднего общего образования. В частности, в соответствии с абзацами третьим – восьмым подпункта «а» пункта 2 статьи 24 Федерального закона «О воинской обязанности и военной службе» право на отсрочку от призыва на военную службу имеют граждане, обучающиеся по очной форме обучения: в 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стандартами; в федеральных государственных образовательных организациях высшего образования, перечень которых установлен в соответствии с частью 8 статьи 71 Федерального закона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 в образовательных организациях и научных организациях по имеющим государственную аккредитацию программам бакалавриата и 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11 стандартами, образовательными стандартами сроков получения высшего образования по программам бакалавриата и программам специалитета. Кроме того, подпункт «г» пункта 2 статьи 24 Федерального закона «О воинской обязанности и военной службе» предусматривает право на отсрочку от призыва на военную службу для граждан, которые успешно прошли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 что позволяет таким лицам, в том числе если им в период получения среднего общего образования уже исполнилось 18 лет, поступить в образовательную организацию для получения по очной форме обучения среднего профессионального или высшего образования незамедлительно после получения среднего общего образования. Таким образом, установленная федеральным законодателем система отсрочек от призыва на военную службу в связи с получением образования в целом предполагает предоставление гражданам возможности незамедлительно после получения среднего общего образования продолжить получение образования по очной форме обучения по имеющим государственную аккредитацию программам профессионального образования: программам среднего профессионального или высшего образования – программам бакалавриата и программам специалитета. Согласно абзацу десятому подпункта «а» пункта 2 статьи 24 Федерального закона «О воинской обязанности и военной службе» отсрочка от призыва на военную службу в связи с обучением предоставляется гражданину только один раз, за исключением ряда случаев, в которых может быть предоставлена повторная отсрочка. Так, в силу абзацев одиннадцатого и двенадцатого данного подпункта граждане, которым была предоставлена отсрочка от призыва на военную службу в период освоения образовательных программ среднего общего образования, могут повторно воспользоваться правом на отсрочку от призыва на военную службу на период обучения по очной форме обучения 12 на подготовительных отделениях федеральных государственных образовательных организаций высшего образования, перечень которых установлен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(или) отсрочкой от призыва на военную службу на период обучения по очной форме обучения в образовательных организациях и научных организациях по имеющим государственную аккредитацию программам бакалавриата и программам специалитета. В то же время возможности использования указанными гражданами в качестве повторной отсрочки от призыва на военную службу предусмотренной абзацем третьим подпункта «а» пункта 2 статьи 24 Федерального закона «О воинской обязанности и военной службе» отсрочки от призыва на военную службу в связи с обучением по очной форме обучения в образовательных организациях по имеющим государственную аккредитацию образовательным программам среднего профессионального образования не предусмотрено. Соответственно, использование гражданами отсрочки от призыва на военную службу в период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в силу действующего правового регулирования системы отсрочек от призыва на военную службу для граждан, обучающихся по очной форме обучения, лишает их возможности воспользоваться отсрочкой от призыва на военную службу в связи с обучением в образовательных организациях по имеющим государственную аккредитацию образовательным программам среднего профессионального образования, в которые они поступили в год получения среднего общего образования.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Рассматриваемое правовое регулирование ставит граждан, получивших отсрочку от призыва на военную службу, предусмотренную абзацем вторым подпункта «а» пункта 2 статьи 24 Федерального закона «О воинской обязанности и военной службе», в связи с достижением ими восемнадцатилетнего возраста до окончания освоения по очной форме обучения имеющих государственную аккредитацию образовательных программ среднего общего образования в общеобразовательных организациях в пределах сроков, установленных федеральными государственными образовательными стандартами, в неравное положение с относящимися к одной с ними категории гражданами, которые на момент окончания общеобразовательных организаций среднего общего образования не достигли совершеннолетия и продолжают получение образования по очной форме обучения в образовательных организациях по имеющим государственную аккредитацию программам среднего профессионального образования. Как указал Конституционный Суд Российской Федерации в Постановлении от 17 апреля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17 (часть 3), 19 (части 1 и 2), 43 (часть 1), 55 (часть 3) и 59 (части 1 и 2), положения абзацев второго, третьего и десятого подпункта «а» пункта 2 статьи 24 Федерального закона «О воинской обязанности и военной службе» в той мере, в какой в системе действующего правового регулирования эти положения, устанавливая основания, условия и порядок 18 предоставления отсрочек от призыва на военную службу гражданам, обучающимся по очной форме обучения, обусловливают предоставление отсрочки от призыва на военную службу гражданам, которые поступили на обучение в образовательные организации по имеющим государственную аккредитацию программам среднего профессионального образования в год получения среднего общего образования, тем обстоятельством, воспользовались ли такие граждане отсрочкой от призыва на военную службу при обучении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и лишают возможности получить отсрочку от призыва на военную службу в связи с обучением по имеющим государственную аккредитацию программам среднего профессионального образования тех из них, кто освоил имеющие государственную аккредитацию образовательные программы среднего общего образования в пределах сроков его получения, установленных федеральными государственными образовательными стандартами, но вынужден был воспользоваться соответствующей отсрочкой для завершения обучения в общеобразовательной организации и прохождения итоговой аттестации, завершающей освоение образовательных программ среднего общего образования.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двенадцатого подпункта «а» пункта 2 статьи 24 Федерального закона «О воинской обязанности и военной службе».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со дня официального опубликования, действует 19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