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242 Бюджетного кодекса Российской Федерации в связи с жалобой муниципального образования – городского округа «Город Чита»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статьи 242 Бюджетного кодекса Российской Федерации. Поводом к рассмотрению дела явилась жалоба муниципального образования – городского округа «Город Чита». Основанием к рассмотрению 2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муниципальное образование – городской округ «Город Чита» оспаривает конституционность пункта 3 статьи 242 Бюджетного кодекса Российской Федерации, согласно которому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 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 Как следует из представленных Конституционному Суду Российской Федерации материалов, решениями Центрального районного суда города Читы от 25 октября 2016 года, от 1 декабря 2016 года и от 15 августа 2017 года (оставлены без изменения апелляционными определениями судебной коллегии по гражданским делам Забайкальского краевого суда от 31 января 2017 года, от 15 февраля 2017 года и от 31 октября 2017 года соответственно) отказано в удовлетворении исковых требований администрации городского округа «Город Чита» к Министерству финансов Забайкальского края и Министерству территориального развития Забайкальского края о взыскании задолженности, образовавшейся вследствие непредоставления в 2013, 2015 и 2016 годах в полном объеме из бюджета Забайкальского края средств субсидий на осуществление городским округом «Город Чита» отдельных функций административного центра (столицы) Забайкальского края. 3 В передаче кассационных жалоб истца на решения Центрального районного суда города Читы для рассмотрения в заседаниях соответствующих судов кассационной инстанции также отказано: на решение от 25 октября 2016 года – определением судьи Забайкальского краевого суда от 16 мая 2017 года и определением судьи Верховного Суда Российской Федерации от 14 августа 2017 года, на решение от 1 декабря 2016 года – определением судьи Забайкальского краевого суда от 5 мая 2017 года и определением судьи Верховного Суда Российской Федерации от 3 августа 2017 года. При принятии указанных решений суды общей юрисдикции исходили из следующего: бюджетное законодательство позволяет возлагать на субъект Российской Федерации расходные обязательства лишь в пределах определенного финансового года; поскольку бюджеты Забайкальского края тех лет, в отношении которых администрацией городского округа «Город Чита» ставится вопрос о взыскании недополученных средств субсидии, к моменту обращения истца в суд исполнены, обязательства по этим бюджетам следует считать прекращенными, в том числе на основании пункта 3 статьи 242 Бюджетного кодекса Российской Федерации; возможность же взыскания из бюджета субъекта Российской Федерации суммы субсидии, недополученной в период действия закона о бюджете на конкретный год, в последующие годы действующим законодательством не предусмотрена. По мнению заявителя, положения пункта 3 статьи 242 Бюджетного кодекса Российской Федерации в их понимании судебными органами не соответствуют Конституции Российской Федерации, ее статьям 12 и 133, поскольку лишают муниципальное образование возможности взыскать с субъекта Российской Федерации задолженность, возникшую по причине неисполнения взятой им на себя обязанности по софинансированию расходных обязательств данного муниципального образования в конкретном финансовом году. Таким образом, с учетом требований статей 3, 36, 74, 96 и 97 Федерального конституционного закона «О Конституционном Суде 4 Российской Федерации», пункт 3 статьи 242 Бюджетного кодекса Российской Федерации является предметом рассмотрения Конституционного Суда Российской Федерации по настоящему делу постольку, поскольку его положения служат основанием для решения вопроса о возможности взыскания в судебном порядке с субъекта Российской Федерации причитающихся муниципальному образованию средств субсидии на осуществление функций административного центра (столицы) субъекта Российской Федерации по окончании финансового года, в котором субсидии на эти цели подлежали перечислению муниципальному образованию в соответствии с законом о бюджете субъекта Российской Федерации, но не были перечислены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исходя из понимания местного самоуправления как публично-территориальной самоорганизации жителей и неотъемлемой части механизма управления делами общества и государства, признает и гарантирует самостоятельность местного самоуправления в пределах его полномочий и предусматривает, что органы местного самоуправления не входят в систему органов государственной власти (статья 12). В развитие этих положений Конституция Российской Федерации закрепляет, что местное самоуправление в Российской Федерации обеспечивает самостоятельное решение населением вопросов местного значения (статья 130), органы местного самоуправления самостоятельно управляют муниципальной собственностью, формируют, утверждают и исполняют местный бюджет, а также могут наделяться законом отдельными государственными полномочиями с передачей необходимых для их осуществления материальных и финансовых средств (статья 132); местное самоуправление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и запретом на ограничение прав местного самоуправления, установленных Конституцией Российской Федерации и федеральными законами (статья 133). При этом муниципальная собственность, как следует из статьи 8 (часть 2) Конституции Российской 5 Федерации, признается и защищается равным образом с государственной, частной и иными формами собственности. Местное самоуправление, будучи, по смыслу приведенных конституционных положений, коллективной формой реализации населением права на решение вопросов местного значения и одновременно – выражением власти местного сообщества, вместе с тем в лице своих органов интегрировано в общую институциональную систему осуществления на соответствующей территории функций демократического правового социального государства на началах взаимодействия как с федеральными органами государственной власти, так и, прежде всего (имея в виду объективно существующие наиболее тесные взаимосвязи публичных функций и задач, осуществляемых региональными и муниципальными органами власти), с органами государственной власти субъектов Российской Федерации. Возложение Конституцией Российской Федерации именно на органы местного самоуправления самостоятельного решения вопросов местного значения (статья 130, часть 1) не препятствует, согласно правовой позиции Конституционного Суда Российской Федерации, выраженной в ряде его решений, конструктивному, основанному на признании и гарантировании самостоятельности местного самоуправления взаимодействию между органами местного самоуправления и органами государственной власти для наиболее эффективного решения общих задач, непосредственно связанных с вопросами местного значения, в интересах населения муниципальных образований, равно как и участию органов местного самоуправления в выполнении тех или иных имеющих государственное значение публичных функций и задач на соответствующей территории – как в порядке наделения органов местного самоуправления отдельными государственными полномочиями (статья 132, часть 2, Конституции Российской Федерации), так и в иных формах; компетенция местного самоуправления в соответствии с общими принципами его организации, установление которых является предметом совместного ведения Российской Федерации и субъектов 6 Российской Федерации (статья 72, пункт «н» части 1), определяется на основе Конституции Российской Федерации в федеральном законе и в не противоречащих ему законах субъектов Российской Федерации (постановления от 16 октября 1997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Затрагивая вопросы, связанные с обращением взыскания на средства бюджетов бюджетной системы Российской Федерации, Конституционный Суд Российской Федерации пришел к следующим выводам: государство и входящие в его состав публично-территориальные образования, которые призваны обеспечивать реализацию функций публичной власти в соответствующих территориальных пределах, являются особыми субъектами исполнения судебных решений, что предопределяет использование специального порядка обращения взыскания на средства бюджетов; тем не менее при избрании того или иного механизма исполнительного производства федеральный законодатель не может действовать произвольно, а должен руководствоваться целями обеспечения непротиворечивого регулирования отношений в этой сфере, создания для них стабильной 8 правовой основы и не вправе ставить под сомнение конституционный принцип исполнимости судебного решения (Постановление от 14 июля 2005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своему месту в системе Бюджетного кодекса Российской Федерации как кодификационного акта, определяющего согласно его преамбуле, в частности, основы бюджетного процесса и межбюджетных отношений в Российской Федерации, а также порядок исполнения судебных актов по обращению взыскания на средства бюджетов бюджетной системы Российской Федерации, положения пункта 3 его статьи 242 «Завершение текущего финансового года» предназначены для урегулирования вопросов исполнения бюджета посредством установления предельного срока (даты) завершения операций, связанных с исполнением бюджета по расходам, а не вопросов, связанных с определением порядка и условий судебной защиты имущественных интересов публично-правовых образований, нарушенных в рамках межбюджетных отношений при исполнении бюджета. Между тем в судебной практике (о чем свидетельствуют, в частности, материалы конкретных дел с участием городского округа «Город Чита») эти законоположения зачастую рассматриваются как исключающие возможность взыскания с субъекта Российской Федерации причитающихся муниципальному образованию в соответствии с законом о бюджете субъекта Российской Федерации на конец финансового года, но фактически не перечисленных ему в рамках межбюджетных отношений денежных средств на осуществление функций административного центра (столицы) данного субъекта Российской Федерации, даже несмотря на то что муниципальное образование, имеющее все основания ожидать получения соответствующих денежных средств, понесло подтвержденные в судебном порядке расходы по обязательствам перед третьими лицами в связи с реализацией указанных публичных функций. В основе исполнения бюджета, утвержденного законом о бюджете на конкретный финансовый год, лежит необходимость сбалансированного обеспечения расходных обязательств соответствующего публично- территориального образования, обусловленных, как следует из статьи 65 10 Бюджетного кодекса Российской Федерации,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В частности, расходные обязательства субъекта Российской Федерации возникают в результате 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данным Кодексом, включая предоставление межбюджетных трансфертов в форме субсидий местным бюджетам из бюджета субъекта Российской Федерации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(пункт 1 статьи 85, статья 139 Бюджетного кодекса Российской Федерации). Что касается самого закона о бюджете на конкретный финансовый год, то такой закон, согласно правовой позиции Конституционного Суда Российской Федерации, лишь создает надлежащие условия для реализации норм, закрепленных в иных законах, изданных до его принятия и предусматривающих финансовые обязательства государства, т.е. предполагающих предоставление каких-либо средств и материальных гарантий и необходимость соответствующих расходов, и как таковой не порождает и не отменяет прав и обязательств, а потому не может в качестве lex posterior (последующего закона) изменять положения других законов, затрагивающих государственные расходы, и тем более – лишать их юридической силы (Постановление от 23 апреля 2004 года Как следует из принятых по делам с участием муниципального образования – городской округ «Город Чита» судебных решений, в 2013, 2015 и 2016 годах в рамках доведенных лимитов бюджетных обязательств и с учетом перспектив предоставления из бюджета Забайкальского края субсидии на осуществление функций административного центра (столицы) Забайкальского края уполномоченными субъектами были заключены и профинансированы из средств местного бюджета муниципальные контракты, связанные с выполнением этих функций, однако в местный бюджет поступила лишь часть денежных средств, причитавшихся данному муниципальному образованию в виде субсидии. Отказ судебных органов от обеспечения принудительного исполнения расходных обязательств, принятых на себя Забайкальским краем, лишь по мотиву предъявления требований о взыскании денежных сумм за пределами финансового года, в котором они подлежали перечислению согласно закону 13 Забайкальского края о бюджете на соответствующий год, свидетельствует о том, что пункту 3 статьи 242 Бюджетного кодекса Российской Федерации – в нарушение статей 8 (часть 2), 130 (часть 1), 132 (часть 1) и 133 Конституции Российской Федерации – был придан смысл, противоречащий не только установленному данным Кодексом в порядке конкретизации конституционных основ финансовой системы государства принципу самостоятельности бюджетов (статья 31), но и конституционному принципу самостоятельности местного самоуправления, в том числе в управлении муниципальной собственностью, формировании и исполнении местного бюджета, а также конституционному праву граждан на осуществление местного самоуправления. Между тем самостоятельный выбор судом общей юрисдикции (арбитражным судом) нормы, подлежащей применению в конкретном деле, и уяснение смысла этой нормы в рамках ее казуального толкования предполагают необходимость безусловного подчинения требованиям Конституции Российской Федерации (статья 15, части 1 и 2; статья 120, часть 1, Конституции Российской Федерации), что обеспечивается в рамках конкретного конституционного нормоконтроля в том числе путем конституционного истолкования соответствующих правовых норм. Таким образом, пункт 3 статьи 242 Бюджетного кодекса Российской Федерации по своему конституционно-правовому смыслу в системе действующего правового регулирования не предполагает отказ во взыскании в судебном порядке с субъекта Российской Федерации причитающихся муниципальному образованию в соответствии с законом о бюджете субъекта Российской Федерации на конец финансового года, но не перечисленных ему средств субсидии на осуществление функций административного центра (столицы) субъекта Российской Федерации на том лишь основании, что данное требование предъявлено по окончании соответствующего финансового года. Этим не исключается правомочие федерального законодателя на основании сформулированных в настоящем Постановлении правовых 14 позиций внести изменения в регулирование межбюджетных отношений, направленные как на учет специфики возникающих в этой сфере правовых споров между публично-правовыми образованиями разного территориального уровня, так и на совершенствование порядка и условий предоставления публично-правовым образованиям бюджетных субсидий применительно к ситуации, когда причитающиеся на конец финансового года в порядке субсидии денежные средства не были перечислены в соответствующем финансовом году.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242 Бюджетного кодекса Российской Федерации не противоречащим Конституции Российской Федерации, поскольку содержащиеся в нем положения – по своему конституционно- правовому смыслу в системе действующего правового регулирования – не предполагают отказ во взыскании в судебном порядке с субъекта Российской Федерации причитающихся муниципальному образованию в соответствии с законом о бюджете субъекта Российской Федерации на конец финансового года, но не перечисленных ему средств субсидии на осуществление функций административного центра (столицы) субъекта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3 статьи 242 Бюджетного кодекса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делам с участием муниципального образования – городского округа «Город Чита» на основании пункта 3 статьи 242 Бюджетного кодекса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15</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