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829-О/2024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апреля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Пантелеева Владимира Александровича на нарушение его конституционных прав частью 4 статьи 72, пунктом 1 части 1, пунктом 1 части 2 статьи 73 и пунктом 11 части 2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заслушав заключение судьи А.Н.Кокотова,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В.А.Пантелеева,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В.А.Пантелеев оспаривает конституционность следующих положений Федерального закона от 30 ноября 2011 года № 342-ФЗ «О службе в органах внутренних дел Российской Федерации и внесении изменений в отдельные законодательные акты Российской Федерации»: 2 части 4 статьи 72, согласно которой сотрудник органов внутренних дел или гражданин, поступающий на службу в органы внутренних дел либо ранее состоявший на службе в органах внутренних дел, для разрешения служебного спора может обратиться к руководителю федерального органа исполнительной власти в сфере внутренних дел или уполномоченному руководителю либо в суд в течение трех месяцев со дня, когда он узнал или должен был узнать о нарушении своего права, а для разрешения служебного спора, связанного с увольнением со службы в органах внутренних дел, в течение одного месяца со дня ознакомления с приказом об увольнении; пункта 1 части 1 статьи 73, устанавливающего, что сотрудник органов внутренних дел временно отстраняется от выполнения служебных обязанностей в случае избрания в отношении сотрудника меры пресечения в виде домашнего ареста либо заключения под стражу – до отмены избранной меры пресечения; пункта 1 части 2 статьи 73, закрепляющего, что сотрудник органов внутренних дел может быть временно отстранен от выполнения служебных обязанностей в случае уголовного преследования без применения мер, указанных в пунктах 1 и 2 части 1 данной статьи, – до прекращения уголовного преследования по основаниям, дающим право на реабилитацию в соответствии с законодательством Российской Федерации; пункта 11 части 2 статьи 82, предусматривающего, что контракт может быть расторгнут, а сотрудник органов внутренних дел может быть уволен со службы в органах внутренних дел в связи с сокращением должности, им замещаемой. Как следует из представленных и дополнительно полученных материалов, заявитель, с 25 июня 2000 года проходивший службу в органах внутренних дел, с 20 февраля 2012 года замещал должность старшего оперуполномоченного по особо важным делам одного из отделов оперативно-розыскной части (уголовного розыска) № 9 Главного 3 управления Министерства внутренних дел Российской Федерации по городу Санкт-Петербургу и Ленинградской области (далее – ГУ МВД России по городу Санкт-Петербургу и Ленинградской области). В отношении В.А.Пантелеева 25 марта 2013 года Главным следственным управлением Следственного комитета Российской Федерации по городу Санкт-Петербургу было возбуждено уголовное дело. 26 марта 2013 года он был задержан в порядке статей 91 и 92 УПК Российской Федерации. 28 марта 2013 года в отношении него избрана мера пресечения в виде заключения под стражу, впоследствии неоднократно продлевавшаяся. Обвинение в совершении преступлений, предусмотренных частью второй статьи 228 и частью третьей статьи 286 УК Российской Федерации, заявителю было предъявлено 1 апреля 2013 года. Приказом ГУ МВД России по городу Санкт-Петербургу и Ленинградской области от 4 апреля 2013 года заявитель был временно отстранен от выполнения служебных обязанностей. Впоследствии с 15 января 2014 года он был освобожден от должности и зачислен в распоряжение ГУ МВД России по городу Санкт-Петербургу и Ленинградской области в связи с сокращением занимаемой им должности. 6 ноября 2014 года он был уволен на основании пункта 11 части 2 статьи 82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Постановлением Санкт-Петербургского городского суда 25 октября 2018 года заявитель был освобожден из-под стражи в зале суда в связи с оправдательным вердиктом коллегии присяжных заседателей. Приговором Санкт-Петербургского городского суда от 15 ноября 2018 года он был оправдан, за ним признано право на реабилитацию. Постановлением Санкт-Петербургского городского суда от 18 октября 2019 года, оставленным без изменения апелляционным определением судебной коллегии по уголовным делам Второго 4 апелляционного суда общей юрисдикции от 23 декабря 2019 года, требования заявителя о реабилитации удовлетворены частично – в восстановлении на службе в органах внутренних дел на равнозначной ранее замещаемой должности со дня временного отстранения от должности и предоставлении возможности дальнейшего прохождения службы в ГУ МВД России по городу Санкт-Петербургу и Ленинградской области отказано; с Министерства финансов Российской Федерации за счет казны Российской Федерации в пользу заявителя взысканы суммы дополнительной компенсации за денежное довольствие за период по 14 марта 2014 года, в качестве дополнительной компенсации за предметы вещевого имущества за период до 7 ноября 2014 года и в качестве возмещения расходов на получение юридической помощи. Постановлениями судей Третьего кассационного суда общей юрисдикции от 18 февраля 2020 года и Верховного Суда Российской Федерации от 5 октября 2020 года отказано в передаче кассационных жалоб заявителя для рассмотрения в судебном заседании суда кассационной инстанции. Решением Смольнинского районного суда города Санкт- Петербурга от 15 ноября 2022 года, в частности, отказано в удовлетворении требований заявителя о признании увольнения незаконным и восстановлении на службе. В данном решении суд признал соблюденным порядок увольнения заявителя, указав, что приказом ГУ МВД России по городу Санкт- Петербургу и Ленинградской области от 23 ноября 2013 года замещаемая В.А.Пантелеевым должность была сокращена; он был заблаговременно извещен о предстоящем увольнении и ему направлялся список вакантных должностей. Однако согласие на замещение какой-либо из предложенных должностей от него не было получено. В соответствии с пунктом 11 части 2 статьи 82 Федерального закона «О службе в органах внутренних дел Российской Федерации и внесении изменений в отдельные 5 законодательные акты Российской Федерации» в таком случае контракт с сотрудником органов внутренних дел расторгается. Решение Смольнинского районного суда города Санкт-Петербурга от 15 ноября 2022 года оставлено без изменения апелляционным определением судебной коллегии по гражданским делам Санкт- Петербургского городского суда от 30 марта 2023 года и определением судебной коллегии по гражданским делам Третьего кассационного суда общей юрисдикции от 5 июня 2023 года. Определением судьи Верховного Суда Российской Федерации от 11 августа 2023 года заявителю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заявителя, оспариваемые законоположения не соответствуют статьям 19 (части 1 и 2), 46 (части 1 и 2), 52–54 Конституции Российской Федерации, поскольку они препятствуют восстановлению на службе сотрудника органов внутренних дел, оправданного по приговору суда с признанием за ним права на реабилитацию, в том случае, если в период временного отстранения от выполнения служебных обязанностей вследствие заключения под стражу он был уволен со службы в связи с сокращением замещаемой им должности.</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труд свободен; каждый имеет право свободно распоряжаться своими способностями к труду, выбирать род деятельности и профессию (статья 37, часть 1); граждане Российской Федерации имеют равный доступ к государственной службе (статья 32, часть 4). В силу приведенных конституционных положений во взаимосвязи с конкретизирующими их положениями федерального законодательства о государственной службе в Российской Федерации служба в органах внутренних дел, заключая контракт о прохождении которой гражданин 6 реализует право на свободное распоряжение своими способностями к труду и на выбор рода деятельности, является одним из видов федеральной государственной службы и представляет собой профессиональную служебную деятельность граждан Российской Федерации по обеспечению безопасности, законности и правопорядка, по борьбе с преступностью, по защите прав и свобод человека и гражданина. Такая деятельность осуществляется в публичных интересах, а лица, которые проходят службу в органах внутренних дел, выполняют конституционно значимые функции, чем обусловливается их специальный правовой статус (совокупность прав и свобод, гарантируемых государством, а также обязанностей и ответственности), содержание и характер обязанностей государства по отношению к ним и их обязанности по отношению к государству. Согласно правовой позиции Конституционного Суда Российской Федерации федеральный законодатель, определяя правовой статус сотрудников, проходящих службу в органах внутренних дел, вправе устанавливать для этой категории граждан особые требования, в том числе к их личным и деловым качествам, и особые обязанности, связанные с задачами, принципами организации и функционирования органов внутренних дел, а также специфическим характером деятельности указанных лиц (постановления от 6 июня 1995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Одной из гарантий прав сотрудника органов внутренних дел при увольнении со службы является предусмотренная частью 4 статьи 72 Федерального закона «О службе в органах внутренних дел Российской Федерации и внесении изменений в отдельные законодательные акты Российской Федерации» возможность его обращения к руководителю федерального органа исполнительной власти в сфере внутренних дел или уполномоченному руководителю либо в суд для разрешения связанного с увольнением служебного спора в течение одного месяца со дня ознакомления с приказом об увольнении. Как ранее указывал</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Федеральный закон «О службе в органах внутренних дел Российской Федерации и внесении изменений в отдельные законодательные акты Российской Федерации» определяет случаи и сроки временного отстранения сотрудника органов внутренних дел от выполнения служебных обязанностей (части 1 и 2 статьи 73). К числу случаев безусловного отстранения от выполнения служебных обязанностей относится избрание в отношении сотрудника меры пресечения в виде домашнего ареста либо заключения под стражу (пункт 1 части 1 указанной статьи). При этом в соответствии с частью 25 статьи 2 Федерального закона от 19 июля 2011 года № 247-ФЗ «О социальных гарантиях сотрудникам органов внутренних дел Российской Федерации и внесении изменений в отдельные законодательные акты Российской Федерации» в случае временного отстранения сотрудника органов внутренних дел от должности ему выплачивается денежное довольствие в размере должностного оклада и оклада по специальному званию, а также надбавка к окладу денежного содержания за стаж службы (выслугу лет). Такое правовое регулирование имеет целью, с одной стороны, не допустить к исполнению своих служебных обязанностей сотрудника органов внутренних дел, в отношении которого осуществляется уголовное преследование, с другой стороны, – предоставить возможность такому сотруднику продолжить службу, сохраняя свой правовой статус и денежное довольствие, до разрешения вопроса о его виновности в совершении уголовно наказуемого деяния, направлено на обеспечение баланса публичных интересов и частных интересов сотрудников органов 9 внутренних дел (Определение Конституционного Суда Российской Федерации от 20 апреля 2017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Согласно Федеральному закону «О службе в органах внутренних дел Российской Федерации и внесении изменений в отдельные законодательные акты Российской Федерации» служба в органах внутренних дел прекращается в случае увольнения сотрудника как в связи с прекращением контракта о прохождении службы в органах внутренних дел, так и в связи с его расторжением (пункт 1 статьи 80, часть 1 статьи 81). Основания прекращения и расторжения контракта, установленные статьей 82 данного Федерального закона, обеспечивают учет значительного числа обстоятельств, в результате которых может быть прекращена служба в органах внутренних дел. Различаясь по своей правовой природе, эти обстоятельства могут иметь объективный характер либо обусловливаться поведением сторон служебных отношений (Постановление Конституционного Суда Российской Федерации от 8 ноября 2023 года</w:t>
      </w:r>
    </w:p>
    <w:p>
      <w:pPr>
        <w:pStyle w:val="Heading3"/>
      </w:pPr>
      <w:r>
        <w:rPr>
          <w:rFonts w:ascii="Times New Roman" w:hAnsi="Times New Roman" w:eastAsia="Times New Roman" w:cs="Times New Roman"/>
          <w:b/>
          <w:i w:val="0"/>
          <w:sz w:val="22"/>
        </w:rPr>
        <w:t>Пункт 6. Доводы заявителя</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оспариваемые заявителем законоположения не нарушают его конституционные права в указанном в жалобе аспекте. Установление же и исследование фактических обстоятельств конкретного дела, оценка доказательств, послуживших основанием для применения в нем тех или иных норм права, не входят в компетенцию Конституционного Суда Российской Федерации, определенную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Пантелеева Владимира Александровича,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