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36-П/2017</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декабря 2017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пункта 1 части 2 статьи 10 Федерального закона «О страховых пенсиях» в связи с запросом Кузнецкого районного суда Пензенской области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С.М.Казанцева, С.Д.Князева, А.Н.Кокотова, Л.О.Красавчиковой, С.П.Маврина, Н.В.Мельникова, Ю.Д.Рудкина, О.С.Хохряковой, В.Г.Ярославцева, руководствуясь статьей 125 (часть 4) Конституции Российской Федерации, пунктом 31 части первой, частями третьей и четвертой статьи 3, частью первой статьи 21, статьями 36, 471, 74, 86, 101, 102 и 104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пункта 1 части 2 статьи 10 Федерального закона «О страховых пенсиях». Поводом к рассмотрению дела явился запрос Кузнецкого районного суда Пензенской области. Основанием к рассмотрению дела явилась 2 обнаружившаяся неопределенность в вопросе о том, соответствует ли Конституции Российской Федерации оспариваемое заявителем законоположение. Заслушав сообщение судьи-докладчика С.П.Маврина,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пункту 1 части 2 статьи 10 Федерального закона от 28 декабря 2013 года № 400-ФЗ «О страховых пенсиях» к нетрудоспособным членам семьи умершего кормильца при назначении страховой пенсии по случаю потери кормильца относятся дети, братья, сестры и внуки умершего кормильца, не достигшие возраста 18 лет, а также дети, братья, сестры и внуки умершего кормильца, обучающиеся по очной форме обучения по основным образовательным программам в организациях, осуществляющих образовательную деятельность, в том числе в иностранных организациях, расположенных за пределами территории Российской Федерации, если направление на обучение произведено в соответствии с международными договорами Российской Федерации, до окончания ими такого обучения, но не дольше чем до достижения ими возраста 23 лет или дети, братья, сестры и внуки умершего кормильца старше этого возраста, если они до достижения возраста 18 лет стали инвалидами; при этом братья, сестры и внуки умершего кормильца признаются нетрудоспособными членами семьи при условии, что они не имеют трудоспособных родителей. Конституционность приведенного законоположения оспаривается в запросе Кузнецкого районного суда Пензенской области, в производстве которого находится гражданское дело по иску гражданки Ю.Ю.Нуждиной к территориальному органу Пенсионного фонда Российской Федерации о признании незаконным решения об отказе в назначении страховой пенсии по случаю потери кормильца. Основанием для такого отказа послужил тот факт, 3 что Ю.Ю.Нуждина не была отнесена к лицам, имеющим право на получение указанной пенсии, поскольку она, хотя и обучается по программе магистратуры в Белорусском государственном университете по очной форме обучения, в данное учебное заведение не направлялась, а поступила туда самостоятельно, в то время как в силу пункта 1 части 2 статьи 10 Федерального закона «О страховых пенсиях» одним из условий назначения страховой пенсии по случаю потери кормильца его совершеннолетним детям, обучающимся в иностранных образовательных организациях, является направление на обучение в соответствии с международными договорами Российской Федерации. Придя к выводу о наличии неопределенности в вопросе о том, соответствует ли Конституции Российской Федерации подлежащий применению в данном деле пункт 1 части 2 статьи 10 Федерального закона «О страховых пенсиях», Кузнецкий районный суд Пензенской области определением от 26 июня 2017 года приостановил производство по делу и обратился в В силу требований статей 74, 101 и 102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в соответствии с целями социального государства, закрепленными в ее статье 7 (часть 1), гарантирует каждому социальное обеспечение по возрасту, в случае болезни, инвалидности, потери кормильца, для воспитания детей и в иных случаях, установленных законом (статья 39, часть 1). Конституционное право на социальное обеспечение включает и право на пенсию по случаю потери кормильца, условия и порядок получения которой согласно статье 39 (часть 2) Конституции Российской Федерации устанавливаются законом. 5 Федеральный законодатель, реализуя дискреционные полномочия, предоставленные ему статьями 39 (часть 2), 72 (пункты «б», «ж» части 1) и 76 (часть 2) Конституции Российской Федерации, и закрепляя в федеральном законе виды и правовые основания назначения пенсий, их размеры, порядок исчисления и выплаты, вправе определять как общие правила назначения и выплаты пенсий, так и особенности (условия) приобретения права на получение пенсий конкретного вида отдельными категориями граждан. Вместе с тем, как неоднократно указывал</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Федеральный закон «О страховых пенсиях», устанавливая в соответствии с Конституцией Российской Федерации и Федеральным законом от 15 декабря 2001 года № 167-ФЗ «Об обязательном пенсионном 6 страховании в Российской Федерации» основания возникновения и порядок реализации права граждан Российской Федерации на страховые пенсии, в том числе страховую пенсию по случаю потери кормильца, определяет круг лиц, имеющих право на эту пенсию, а также условия ее назначения. Как следует из статьи 10 Федерального закона «О страховых пенсиях», право на страховую пенсию по случаю потери кормильца, по общему правилу, имеют нетрудоспособные члены семьи умершего кормильца, состоявшие на его иждивении (часть 1); исходя из того что нетрудоспособность, как правило, определяется на основании возрастных критериев либо обусловливается наличием инвалидности, нетрудоспособными членами семьи умершего кормильца признаются, в частности, его дети, братья, сестры и внуки, не достигшие 18 лет, или старше этого возраста, если они стали инвалидами до достижения 18 лет, а также его дети, братья, сестры и внуки, обучающиеся по очной форме обучения по основным образовательным программам в организациях, осуществляющих образовательную деятельность, в том числе в иностранных организациях, расположенных за пределами территории Российской Федерации, если направление на обучение произведено в соответствии с международными договорами Российской Федерации, до окончания ими такого обучения, но не дольше чем до достижения ими возраста 23 лет (пункт 1 части 2). Само по себе предоставление детям умершего кормильца, обучающимся в организациях, осуществляющих образовательную деятельность, возможности получать страховую пенсию по случаю потери кормильца, в том числе после достижения совершеннолетнего возраста, в полной мере согласуется с положениями Конституции Российской Федерации (статья 7, часть 2; статья 39, часть 1), а также международно- правовых актов в области социального обеспечения. В частности, в соответствии с подпунктом «h» пункта 1 статьи 1 Конвенции МОТ 1967 года № 128 «О пособиях по инвалидности, по старости и по случаю потери кормильца» (Российской Федерацией не ратифицирована) термин «ребенок» 7 может охватывать не только лиц, не достигших возраста окончания обязательного школьного образования, но и перешагнувших данный возрастной рубеж, – при условии, что они проходят курс ученичества или продолжают учебу. При этом возникновение у детей умершего кормильца после достижения ими возраста 18 лет права на получение пенсии по случаю потери кормильца обусловлено не просто самим фактом их обучения в организациях, осуществляющих образовательную деятельность, а освоением ими исключительно основных образовательных программ и лишь по очной форме обучения. Как ранее указывал</w:t>
      </w:r>
    </w:p>
    <w:p>
      <w:pPr>
        <w:pStyle w:val="Heading3"/>
      </w:pPr>
      <w:r>
        <w:rPr>
          <w:rFonts w:ascii="Times New Roman" w:hAnsi="Times New Roman" w:eastAsia="Times New Roman" w:cs="Times New Roman"/>
          <w:b/>
          <w:i w:val="0"/>
          <w:sz w:val="22"/>
        </w:rPr>
        <w:t>Пункт 4. Конституционные основы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статье 43 (часть 1) Конституции Российской Федерации каждый имеет право на образование. Данное право относится к числу основных и неотъемлемых прав человека, признанных международным сообществом (статья 26 Всеобщей декларации прав человека, статья 13 Международного пакта об экономических, социальных и культурных правах). В Российской Федерации в соответствии с Федеральным законом от 29 декабря 2012 года № 273-ФЗ «Об образовании в Российской Федерации» одним из принципов государственной политики и правового регулирования отношений в сфере образования является свобода выбора получения образования согласно склонностям и потребностям человека, включая предоставление права выбора форм получения образования, форм обучения и организации, осуществляющей образовательную деятельность (пункт 7 части 1 статьи 3); при этом право выбора организации, осуществляющей образовательную деятельность, формы получения образования и формы обучения после получения основного общего образования или после достижения восемнадцати лет относится к числу основных академических прав, предоставляемых обучающимся (пункт 1 части 1 статьи 34). В условиях интеграции системы образования Российской Федерации в мировое образовательное пространство, развития сотрудничества российских и иностранных образовательных организаций, а также международной 9 академической мобильности обучающихся (пункт 5 части 1 статьи 3, статья 105 названного Федерального закона) возможность реализации права на выбор организации, осуществляющей образовательную деятельность, не ограничивается только российскими организациями. Это в полной мере соответствует требованиям как Конституции Российской Федерации, закрепляющей право каждого свободно выезжать за пределы Российской Федерации (статья 27, часть 2) и не содержащей каких-либо ограничений в отношении выбора страны выезда, времени пребывания за границей, а также целей выезда, в числе которых может быть и получение образования (включая профессиональное), так и международно-правовых актов, в частности Международного пакта об экономических, социальных и культурных правах, из статьи 13 которого вытекает запрет умаления свободы выбора учебного заведения. Исходя из этого, реализация гражданином Российской Федерации права на выбор организации, осуществляющей образовательную деятельность, предполагает возможность обучения как в российских, так и в иностранных учебных заведениях, причем действующее законодательство об образовании не препятствует самостоятельному (без направления на учебу) поступлению российских граждан в иностранные образовательные организации и обучению в них, в том числе при отсутствии соответствующего международного договора Российской Федерации о сотрудничестве в области образования. В некоторых же случаях и при определенных условиях самостоятельное поступление в иностранные образовательные организации дает право на специальные меры социальной поддержки, связанные с компенсацией расходов, обусловленных обучением. Так, Указом Президента Российской Федерации от 28 декабря 2013 года № 967 «О мерах по укреплению кадрового потенциала Российской Федерации» предусмотрено осуществление мер, направленных на социальную поддержку граждан Российской Федерации, самостоятельно поступивших в ведущие 10 иностранные образовательные организации и обучающихся в них по специальностям и направлениям подготовки, качество обучения по которым соответствует лучшим мировым стандартам, и на обеспечение их трудоустройства в соответствии с полученной квалификацией в организации, зарегистрированные на территории Российской Федерации; при этом меры социальной поддержки предоставляются на конкурсной основе при условии обучения лица в указанных образовательных организациях по очной форме обучения по образовательным программам, относящимся в соответствии с законодательством Российской Федерации к образовательным программам высшего образования (программы магистратуры, программы подготовки научно-педагогических кадров в аспирантуре, программы ординатуры), и принятия им на себя соответствующего обязательства по трудоустройству (пункт 1, подпункт «а» пункта 2). Механизм предоставления такого рода мер определен Программой социальной поддержки граждан Российской Федерации, самостоятельно поступивших в ведущие иностранные образовательные организации и обучающихся в них по специальностям и направлениям подготовки, качество обучения по которым соответствует лучшим мировым стандартам, и обеспечения их трудоустройства в организации, зарегистрированные на территории Российской Федерации, в соответствии с полученной квалификацией (утверждена постановлением Правительства Российской Федерации от 20 июня 2014 года № 568), предусматривающей, что меры социальной поддержки участников Программы осуществляются в целях финансового обеспечения расходов на обучение в ведущей иностранной образовательной организации, проезд до места ее нахождения и обратно до места жительства участника Программы, медицинское страхование, проживание, питание, приобретение учебной и научной литературы, оплату комиссии кредитной организации за услуги по перечислению средств (абзац первый раздела II). Что же касается поступления российских граждан в образовательные организации, расположенные на территории Республики Беларусь, то этому в 11 значительной мере способствует существование в рамках Союзного государства, созданного на основании Договора между Российской Федерацией и Республикой Беларусь (подписан в городе Москве 8 декабря 1999 года), единого образовательного пространства, функционирование которого, в частности, обеспечивают: Соглашение между Правительством Российской Федерации и Правительством Республики Беларусь о взаимном признании и эквивалентности документов об образовании, ученых степенях и званиях от 27 февраля 1996 года; Постановление Исполнительного комитета Сообщества Беларуси и России «О равных правах граждан на получение образования» от 11 апреля 1996 года № 1; Соглашение между Правительством Российской Федерации и Правительством Республики Беларусь о сотрудничестве в области культуры, образования и науки от 21 февраля 1995 года; Соглашение между Государственным высшим аттестационным комитетом Республики Беларусь и Высшей аттестационной комиссией Министерства образования Российской Федерации о взаимном признании и эквивалентности документов об образовании, ученых степенях и званиях от 29 сентября 1999 года. Как отмечается в Концепции социального развития Союзного государства на 2011–2015 годы (утверждена постановлением Высшего Государственного Совета Союзного государства от 25 ноября 2011 года № 7), у абсолютного большинства граждан Республики Беларусь и Российской Федерации имеется заинтересованность в дальнейшем развитии общего образовательного пространства Союзного государства, в силу чего одной из задач двухстороннего сотрудничества в данной сфере является обеспечение согласованного развития систем образования в Республике Беларусь и Российской Федерации на основе существующего опыта реформирования образования; решение данной задачи предполагает в числе прочего обеспечение сопоставимости образовательных программ, сроков получения образования, согласованности специальностей и квалификаций профессионального образования, их сопоставимости с международной 12 системой классификации образования, создание механизмов, предусматривающих дальнейшую гармонизацию понятийно- терминологического аппарата систем образования Республики Беларусь и Российской Федерации, гармонизацию номенклатуры специальностей и квалификаций, соотнесение ступеней и уровней образования, проведение последовательной работы по гармонизации нормативных правовых актов, обеспечивающей возможность модернизации национальных систем образования, а также согласование образовательных стандартов Республики Беларусь и Российской Федерации (раздел 9).</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Вопрос о допустимости установления различий в условиях приобретения права на получение пенсии по случаю потери кормильца для лиц, обучающихся в иностранных образовательных учреждениях, исключительно в зависимости от способа поступления в такого рода учебные заведения ранее уже был предметом рассмотрения Конституционного Суда Российской Федерации применительно к пенсии по случаю потери кормильца, назначаемой детям умерших (погибших) военнослужащих, проходивших военную службу по контракту, в соответствии с Законом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и их семей». Давая конституционно-правовое истолкование положений пункта «а» части 3 статьи 29 названного Закона и пункта 3 статьи 57 Закона Российской Федерации от 10 июля 1992 года № 3266-I «Об образовании» (утратил силу с 1 сентября 2013 года) как не препятствующих предоставлению самостоятельно (без направления на учебу в соответствии с международным договором Российской Федерации) поступившим в иностранные образовательные учреждения и обучающимся в них по очной форме 13 обучения совершеннолетним детям умерших (погибших) военнослужащих, проходивших военную службу по контракту, права на получение пенсии по случаю потери кормильца до окончания ими обучения, но не долее чем до достижения ими 23 лет, на равных условиях с гражданами, относящимися к той же категории, но обучающимися в иностранных образовательных учреждениях по направлению на учебу в соответствии с международным договором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пункт 1 части 2 статьи 10 Федерального закона «О страховых пенсиях» не соответствующим Конституции Российской Федерации, ее статьям 19 (части 1 и 2) и 39 (часть 1), в той мере, в какой он служит основанием для отказа в назначении страховой пенсии по случаю потери кормильца его детям, самостоятельно (без направления на учебу в соответствии с международным договором Российской Федерации) поступившим в иностранные образовательные организации и обучающимся в них по очной форме обучения по образовательным программам, которые могут быть отнесены к категории основных, на период до окончания ими такого обучения, но не дольше чем до достижения ими возраста 23 лет.</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16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