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«Афло-центр» на нарушение его конституционных прав статьей 6 Закона Российской Федерации «О психиатрической помощи и гарантиях прав граждан при ее оказании» и положениями нормативных правовых актов Правительства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«Афло-центр»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«Афло-центр» (далее также – ООО «Афло-центр») оспаривает конституционность: статьи 6 «Ограничения выполнения отдельных видов профессиональной деятельности и деятельности, связанной с источником повышенной опасности» Закона Российской Федерации от 2 июля 1992 года № 3185-I «О психиатрической помощи и гарантиях прав граждан при ее оказании»; пункта 4 Правил прохождения обязательного психиатрического освидетельствования работниками, осуществляющими отдельные виды 2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работающими в условиях повышенной опасности (далее – Правила; утверждены Постановлением Правительства Российской Федерации от 23 сентября 2002 года № 695, утратившим силу в соответствии с Постановлением Правительства Российской Федерации от 5 июля 2022 года № 1207); абзаца второго пункта 11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 (далее – Положение; утверждено Постановлением Правительства Российской Федерации от 1 июня 2021 года № 852). Как следует из представленных материалов, решением арбитражного суда, с которым согласились вышестоящие суды, был признан недействительным договор между заявителем и бюджетным учреждением о проведении психиатрического освидетельствования сотрудников данного учреждения. При этом суды установили, что ООО «Афло-центр» оказало не предусмотренные имевшейся у него лицензией медицинские услуги по месту нахождения бюджетного учреждения, не указанному в качестве адреса, по которому ООО «Афло-центр» вправе осуществлять лицензируемый вид деятельности; кроме того, заявителем не были представлены доказательства того, что созданная в ООО «Афло-центр» врачебная комиссия была уполномочена органом исполнительной власти субъекта Российской Федерации в сфере здравоохранения на проведение психиатрического освидетельствования. По мнению заявителя, выражающего несогласие с выбором судами подлежавших применению при разрешении его дела правовых норм, оспариваемые положения не соответствуют статьям 23, 34, 35 и 55 Конституции Российской Федерации, поскольку необоснованно препятствуют проведению по адресу, не указанному в лицензии медицинской организации в 3 качестве места осуществления лицензируемого вида деятельности, психиатрического освидетельствования мобильной медицинской бригадой, образованной в структуре медицинской организации, которая не была уполномочена на проведение таких освидетельствований органом исполнительной власти субъекта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Федеральным законом от 21 ноября 2011 года № 323-ФЗ «Об основах охраны здоровья граждан в Российской Федерации» медицинское освидетельствование лица, одним из видов которого является психиатрическое освидетельствование, проводимое в соответствии с законодательством Российской Федерации о психиатрической помощи и гарантиях прав граждан при ее оказании, представляет собой совокупность методов медицинского осмотра и медицинских исследований, направленных на подтверждение такого состояния здоровья человека, которое влечет за собой наступление юридически значимых последствий; медицинское освидетельствование проводится в медицинских организациях в порядке, установленном уполномоченным федеральным органом исполнительной власти (часть 1, пункт 2 части 2, части 4 и 5 статьи 65). Согласно Закону Российской Федерации «О психиатрической помощи и гарантиях прав граждан при ее оказании» гражданин может быть временно (на срок не более пяти лет и с правом последующего переосвидетельствования) по результатам обязательного психиатрического освидетельствования признан непригодным вследствие психического расстройства к выполнению отдельных видов профессиональной деятельности и деятельности, связанной с источником повышенной опасности; такое решение принимается врачебной комиссией медицинской организации, уполномоченной на то федеральным органом исполнительной власти в сфере здравоохранения или органом исполнительной власти субъекта Российской Федерации в сфере здравоохранения, на основании оценки состояния психического здоровья 4 гражданина в соответствии с перечнем медицинских психиатрических противопоказаний (часть первая статьи 6). Проведение на основании указанного законоположения обязательного психиатрического освидетельствования предусмотрено для отдельных категорий работников (часть восьмая статьи 220 Трудового кодекса Российской Федерации) с целью подтвердить их пригодность по состоянию психического здоровья к осуществлению трудовой функции и тем самым направлено на обеспечение безопасности населения и сохранение жизни и здоровья работников (Определение Конституционного Суда Российской Федерации от 25 сентября 2014 года В соответствии с Федеральным законом от 4 мая 2011 года № 99-ФЗ «О лицензировании отдельных видов деятельности» медицинская деятельность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 подлежит лицензированию (пункт 46 части 1 статьи 12); местом осуществления лицензируемого вида деятельности является производственный объект (здание, помещение, сооружение, линейный объект, территория, в том числе водные, земельные и лесные участки, транспортное средство и другой объект), который предназначен для осуществления лицензируемого вида деятельности и (или) используется при его осуществлении, соответствует лицензионным требованиям, принадлежит соискателю лицензии или лицензиату на праве собственности либо ином законном основании, а также территория, которая предназначена для 5 осуществления лицензируемого вида деятельности и (или) используется при его осуществлении (пункт 8 статьи 3). В силу статьи 18 данного Федерального закона изменение мест осуществления лицензируемого вида деятельности требует внесения изменений в реестр лицензий (пункт 8 части 1); при этом положением о лицензировании конкретного вида деятельности могут устанавливаться виды работ, услуг, составляющих лицензируемый вид деятельности, при выполнении, оказании которых не по месту осуществления лицензируемого вида деятельности, указанному в реестре лицензий, не требуется внесение изменений в реестр лицензий (часть 11). Утвержденное Правительством Российской Федерации на основании указанного Федерального закона Положение устанавливает, что при намерении лицензиата осуществлять медицинскую деятельность по адресу, не указанному в реестре лицензий, и (или) выполнять работы (услуги), составляющие медицинскую деятельность, не предусмотренные реестром лицензий, в заявлении о внесении изменений в реестр лицензий указываются этот адрес и (или) работы (услуги), которые лицензиат намерен выполнять, а также соответствующие сведения (документы), предусмотренные пунктом 8 данного Положения; выполнение работ (услуг), предусмотренных приложением к этому Положению, может осуществляться лицензиатом, в структуре которого организована мобильная медицинская бригада для оказания первичной медико-санитарной помощи населению, проведения профилактического медицинского осмотра, диспансеризации по месту нахождения мобильной медицинской бригады, не указанному в реестре лицензий в качестве адреса (адресов) места осуществления медицинской деятельности, и не требует внесения изменений в реестр лицензий (абзацы первый и второй пункта 11). Из приведенного регулирования следует, что без внесения изменений в реестр лицензий диспансеризации по месту нахождения мобильной медицинской бригады, не указанному в реестре лицензий в качестве адреса (адресов) места осуществления медицинской деятельности, может осуществляться выполнение определенных работ (услуг) для оказания только перечисленных в приложении к Положению 6 видов медицинской помощи, к числу которых обязательное психиатрическое освидетельствование не отнесено. Таким образом, абзац второй пункта 11 Положения не предполагает, вопреки утверждениям заявителя, проведения обязательного психиатрического освидетельствования мобильной медицинской бригадой, образованной в структуре медицинской организации, по адресу, не указанному в лицензии медицинской организации в качестве места осуществления лицензируемого вида деятельности, и не может расцениваться как нарушающий его конституционные права в указанном в жалобе аспекте. Не свидетельствует об обратном и ссылка ООО «Афло-центр» в обоснование своей позиции на Постановление Конституционного Суда Российской Федерации от 17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«Афло-центр»,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