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Белоногова Семена Владимировича на нарушение его конституционных прав пунктом 12 статьи 37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С.В.Белоногова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С.В.Белоногов оспаривает конституционность пункта 12 статьи 37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согласно которому каждый подписной лист должен быть заверен подписью лица, осуществлявшего сбор подписей избирателей, участников референдума; при заверении подписного листа лицо, осуществлявшее сбор подписей избирателей, участников референдума, собственноручно указывает свои фамилию, имя и отчество, дату рождения, адрес места жительства, серию, номер и дату выдачи паспорта или 2 документа, заменяющего паспорт гражданина, наименование или код выдавшего его органа, а также ставит свою подпись и дату ее внесения; адрес места жительства может не содержать каких-либо из указанных в подпункте 5 статьи 2 данного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лица, осуществлявшего сбор подписей избирателей, участников референдума. Как следует из представленных материалов, решением суда общей юрисдикции, с которым согласились вышестоящие суды, было признано незаконным и отменено решение о регистрации С.В.Белоногова в качестве кандидата на выборах главы муниципального образования (сельского поселения Хулимсунт Березовского района Ханты-Мансийского автономного округа – Югры) в связи с отсутствием действительных подписей избирателей, представленных для регистрации кандидата. Признавая на основании подпункта «з» пункта 64 статьи 38 Федерального закона «Об основных гарантиях избирательных прав и права на участие в референдуме граждан Российской Федерации» недействительными все подписи, которые заявитель собирал самостоятельно, суды сослались на то, что в подписных листах был указан не соответствующий действительности адрес места жительства С.В.Белоногова – адрес на территории Ханты- Мансийского автономного округа – Югры, где он зарегистрирован по месту пребывания, в то время как по месту жительства, согласно содержащимся в паспорте данным, заявитель зарегистрирован на территории другого субъекта Российской Федерации. По мнению С.В.Белоногова, оспариваемое законоположение противоречит Конституции Российской Федерации, в частности ее статье 32 (часть 2), поскольку является неопределенным и позволяет необоснованно признавать не соответствующими действительности сведения об адресе места жительства лица, осуществлявшего сбор подписей избирателей и 3 являвшегося кандидатом, которые подтверждаются свидетельством о регистрации этого лица по месту пребывания (где он фактически длительно проживает), что влечет признание собранных им подписей недействительными.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Закрепляя порядок сбора подписей избирателей, Федеральный закон «Об основных гарантиях избирательных прав и права на участие в референдуме граждан Российской Федерации» устанавливает, что каждый подписной лист с подписями избирателей в поддержку выдвижения (самовыдвижения) кандидата должен быть заверен подписью лица, осуществлявшего сбор подписей избирателей, с указанием определенных сведений, в том числе адреса места жительства этого лица (пункт 12 статьи 37); в случае если сведения о лице, осуществлявшем сбор подписей избирателей, о кандидате, указаны в подписном листе не в полном объеме или не соответствуют действительности, все подписи избирателей в подписном листе признаются недействительными (подпункт «з» пункта 64 статьи 38). Такие сведения, в том числе об адресе места жительства сборщика подписей, как следует из Определения Конституционного Суда Российской Федерации от 3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Белоногова Семена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