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Анастасии Андреевны на нарушение ее конституционных прав пунктом 1 Федерального закона «О внесении изменений в статьи 15 и 18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А.А.Кузнецова оспаривает конституционность пункта 1 Федерального закона от 16 декабря 2019 года № 433-ФЗ «О внесении изменений в статьи 15 и 18 Федерального закона «О порядке выезда из Российской Федерации и въезда в Российскую Федерацию», в соответствии с которым статья 15 Федерального закона от 15 августа 1996 года № 114-ФЗ «О порядке выезда из Российской Федерации и въезда в Российскую Федерацию» была дополнена подпунктом 71, предусматривающим, что право гражданина Российской Федерации на выезд из Российской Федерации может быть временно ограничено в случае, если он уволен с военной службы 2 в органах федеральной службы безопасности, на срок до пяти лет со дня увольнения с военной службы. Как следует из представленных материалов, А.А.Кузнецова, уволенная с военной службы в органах федеральной службы безопасности с 23 июля 2021 года, в период прохождения службы была ознакомлена со сведениями, составляющими государственную тайну (последний раз – в 2018 году), в связи с чем в отношении нее было принято решение о временном ограничении права на выезд из Российской Федерации на срок до 23 июля 2026 года, правомерность которого подтверждена судами. По мнению заявительницы, оспариваемое законоположение (а фактически – подпункт 71 статьи 15 Федерального закона «О порядке выезда из Российской Федерации и въезда в Российскую Федерацию») не соответствует статьям 27 (часть 2) и 55 (часть 3) Конституции Российской Федерации, поскольку позволяет произвольно принимать решение об ограничении права на выезд из Российской Федерации в отношении гражданина, заключившего контракт до вступления оспариваемой нормы в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27 (часть 2) Конституции Российской Федерации гарантируется право каждого свободно выезжать за пределы Российской Федерации, которое, однако, в силу статьи 55 (часть 3) Конституции Российской Федерации может быть ограничено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Исходя из необходимости защиты таких конституционно значимых ценностей, как обеспечение обороны страны и безопасности государства, федеральный законодатель предусмотрел возможность принятия решения о временном ограничении права гражданина Российской Федерации на выезд 3 из Российской Федерации в случае, если он уволен с военной службы в органах федеральной службы безопасности (подпункт 71 статьи 15 Федерального закона «О порядке выезда из Российской Федерации и въезда в Российскую Федерацию», введенный пунктом 1 Федерального закона «О внесении изменений в статьи 15 и 18 Федерального закона «О порядке выезда из Российской Федерации и въезда в Российскую Федерацию»). Такое решение принимается уполномоченными должностными лицами в том числе с учетом характера сведений, с которыми граждане были ознакомлены в период военной службы в органах безопасности, их актуальности на дату увольнения, а также степени секретности этих сведений в соответствии с Законом Российской Федерации от 21 июля 1993 года № 5485-I «О государственной тайне» (подпункт «а» пункта 4 Порядка принятия решений о временном ограничении права на выезд из Российской Федерации лиц, уволенных с военной службы в органах федеральной службы безопасности, утвержденного приказом ФСБ России от 14 мая 2020 года № 198). Тем самым данное ограничение не является абсолютным, носит временный характер и по смыслу правовых позиций Конституционного Суда Российской Федерации (Постановление от 7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Анастасии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