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1826-О/2023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Шухова Николая Александровича на нарушение его конституционных прав статьями 17, 18 Федерального закона «О содержании под стражей подозреваемых и обвиняемых в совершении преступлений» и статьей 38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Н.А.Шухова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районного суда от 5 октября 2021 года, оставленным без изменения решением суда апелляционной инстанции от 11 мая 2022 года, частично удовлетворены поданные в порядке статьи 125 УПК Российской Федерации жалобы гражданина Н.А.Шухова, являющегося обвиняемым и содержащегося под стражей, в том числе на ответы следователя, вынесенные по результатам рассмотрения ходатайств заявителя о предоставлении ему телефонных звонков и о разрешении свиданий с близкими родственниками. 2 Установлено, в частности, что ходатайство о предоставлении права на телефонные звонки близким родственникам удовлетворено следователем и Н.А.Шухову разрешены телефонные переговоры с супругой, дочерью и отцом; вместе с тем суд признал незаконными действия следователя, выразившиеся в отказе предоставить разрешение на посещение обвиняемого в следственном изоляторе его близкими родственниками, и обязал устранить допущенные нарушения. Постановлением другого судьи районного суда от 24 августа 2022 года, также оставленным без изменения решением суда апелляционной инстанции от 17 ноября 2022 года, удовлетворены очередные жалобы заявителя: действия следователя по отказу в предоставлении свиданий с близкими родственниками вновь признаны незаконными с возложением обязанности устранить допущенные нарушения. Кроме того, определением судьи Верховного Суда Российской Федерации от 10 апреля 2023 года отказано в принятии административного искового заявления Н.А.Шухова о признании частично недействующими в том числе статей 17 и 18 Федерального закона от 15 июля 1995 года № 103-ФЗ «О содержании под стражей подозреваемых и обвиняемых в совершении преступлений», поскольку его требования фактически сводились к внесению соответствующих изменений и дополнений в указанный Федеральный закон, что не отнесено законом к компетенции судов, включая Верховный Суд Российской Федерации. В этой связи Н.А.Шухов просит признать не соответствующими статье 38 Конституции Российской Федерации статьи 17 «Права подозреваемых и обвиняемых», 18 «Свидания с защитником, родственниками и иными лицами» Федерального закона «О содержании под стражей подозреваемых и обвиняемых в совершении преступлений» и статью 38 «Следователь» УПК Российской Федерации, утверждая, что данные нормы нарушают его права, поскольку позволяют лицу или органу, в производстве которого находится уголовное дело, отказывать содержащемуся под стражей в следственном изоляторе подозреваемому или обвиняемому в выдаче разрешений на свидания 3 и телефонные разговоры с родственниками, не определяя при этом обстоятельств и оснований для такого отказа, а также периода, в течение которого возможен отказ в выдаче указанных разрешений, что создает предпосылки для произвола и злоупотреблений со стороны соответствующих должностных лиц.</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Шухова Николая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