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809-О/2024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Косинова Алексея Яковлевича на нарушение его конституционных прав статьями 75 и 143 Уголовно-процессуального кодекса Российской Федерации, частью третьей статьи 2281 Уголовного кодекса Российской Федерации, а также подпунктом 1 пункта 2 части первой статьи 7 Федерального закона «Об оперативно-розыскной деятельности»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А.Я.Косинова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А.Я.Косинов, осужденный и отбывающий наказание, оспаривает конституционность подпункта 1 пункта 2 части первой статьи 7 (ошибочно именуемого в жалобе пунктом 1 части второй этой статьи) «Основания для проведения оперативно-розыскных мероприятий» Федерального закона от 12 августа 1995 года № 144-ФЗ «Об оперативно- розыскной деятельности», а также статей 75 «Недопустимые доказательства» и 143 «Рапорт об обнаружении признаков преступления» УПК Российской 2 Федерации, как позволяющих уполномоченным должностным лицам при получении сведений о противоправном деянии не составлять и не регистрировать рапорт об обнаружении признаков преступления, а проводить оперативно-розыскное мероприятие «проверочная закупка» и затем использовать его результаты в качестве доказательств по уголовному делу. Кроме того, по мнению заявителя, часть третья статьи 2281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УК Российской Федерации, устанавливающая нижний предел санкции за совершение соответствующих преступлений в виде восьми лет лишения свободы, лишает суд возможности назначать наказание, соразмерное содеянному. А.Я.Косинов утверждает, что применением оспариваемых норм нарушены права, гарантированные ему статьями 2, 15 (часть 4), 18, 22 (часть 1), 45, 46 (часть 1), 49, 50 (часть 2), 55 (часть 3) и 56 (часть 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Федеральным законом «Об оперативно-розыскной деятельности» проведение оперативно-розыскных мероприятий, в том числе проверочной закупки, возможно лишь в целях выполнения задач, предусмотренных статьей 2 того же Федерального закона, и только при наличии оснований, указанных в его статье 7, которыми являются, в частности, сведения о признаках подготавливаемого, совершаемого или совершенного противоправного деяния, о лицах, его подготавливающих, совершающих или совершивших, если нет достаточных данных для решения вопроса о возбуждении уголовного дела (подпункт 1 пункта 2 части первой). 3 Проведение в установленном порядке проверочной закупки опирается на обоснованные предположения о наличии признаков противоправного деяния и относительно его субъектов, на имеющуюся информацию, которая должна быть проверена (подтверждена или отвергнута) в ходе оперативно- розыскных мероприятий, по результатам чего и будет решаться вопрос о возбуждении уголовного дела. В то же время на основании результатов оперативно-розыскной деятельности возможно не только подтвердить, но и поставить под сомнение или опровергнуть сам факт преступления, что имеет существенное значение для разрешения вопроса об уголовном преследовании или отказе от него, а также от применения связанных с ним мер принуждения или ограничений прав личности. Когда в ходе оперативно-розыскной деятельности обнаруживается, что речь идет не о преступлении, а об иных видах правонарушений, проведение оперативно-розыскных мероприятий в силу статьи 2 и части четвертой статьи 10 Федерального закона «Об оперативно-розыскной деятельности» должно быть прекращено (Постановление Конституционного Суда Российской Федерации от 9 июня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Косинова Алексея Яковлевича, поскольку она не отвечает требованиям Федерального конституционного закона «О Конституционном Суде Российской 5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