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3498-О/2025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Афанасьевой Галины Меркульевны, Белых Ирины Юрьевны и других на нарушение их конституционных прав частью 6 статьи 25 Федерального закона «Об основах общественного контроля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 Г.М.Афанасьевой, И.Ю.Белых и других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Г.М.Афанасьева, И.Ю.Белых, А.Д.Зояркин, Е.А.Зояркина, Н.А.Иванов, О.А.Истомина, И.В.Утенкова, А.Ю.Челюбеева и М.Ю.Челюбеева оспаривают конституционность части 6 статьи 25 Федерального закона от 21 июля 2014 года № 212-ФЗ «Об основах общественного контроля в Российской Федерации», согласно которой по результатам общественных (публичных) слушаний их организатор составляет итоговый документ (протокол), содержащий обобщенную информацию о ходе общественных (публичных) слушаний, в том числе о 2 мнениях их участников, поступивших предложениях и заявлениях, об одобренных большинством участников слушаний рекомендациях. Как следует из представленных материалов, заявители оспорили в суде решение представительного органа муниципального образования, на территории которого они проживают, о внесении изменений и дополнений в устав данного муниципального образования, сославшись на то, что публичные слушания по проекту данного решения были организованы с нарушениями, поскольку не было проведено голосование об одобрении большинством участников публичных слушаний рекомендаций, являющееся, по мнению заявителей, обязательным этапом проведения публичных слушаний. Суды общей юрисдикции отказали в удовлетворении требований и при этом, в частности, указали, что возможность проведения голосования об одобрении рекомендаций муниципальными правовыми актами, регламентирующими проведение публичных слушаний, не предусмотрена. По мнению заявителей, оспариваемое законоположение не соответствует статьям 3 (части 1–3), 17 (части 1 и 3), 19 (часть 1), 32 (части 1 и 2) и 55 (часть 3) Конституции Российской Федерации, поскольку позволяет организатору публичных слушаний по итогам их проведения не вырабатывать рекомендации и не выявлять коллективное мнение об одобрении участниками публичных слушаний рекомендаций способом, позволяющим достоверно установить истинное волеизъявление участников публичных слушаний.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Федеральный закон «Об основах общественного контроля в Российской Федерации», устанавливая правовые основы организации и осуществления общественного контроля за деятельностью органов государственной власти, органов местного самоуправления, государственных и муниципальных организаций, иных органов и 3 организаций, осуществляющих в соответствии с федеральными законами отдельные публичные полномочия, определяет, что общественный контроль осуществляется в том числе в таких формах взаимодействия институтов гражданского общества с государственными органами и органами местного самоуправления, как общественные обсуждения, общественные (публичные) слушания (статья 1, часть 1 статьи 18). Оспариваемая часть 6 статьи 25 Федерального закона «Об основах общественного контроля в Российской Федерации» определяет содержание итогового документа (протокола), составляемого по результатам общественных (публичных) слушаний, притом что согласно части 5 данной статьи порядок проведения общественных (публичных) слушаний и определения их результатов устанавливается их организатором в соответствии с законодательством Российской Федерации и организатор общественных (публичных) слушаний в соответствии с данным Федеральным законом заблаговременно обнародует информацию о вопросе, вынесенном на общественные (публичные) слушания, а также о дате, времени, месте и порядке их проведения и определения их результатов.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Афанасьевой Галины Меркульевны, Белых Ирины Юрьевны и других,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