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Гурьева Антона Георгиевича на нарушение его конституционных прав рядом положений Уголовно-процессуального кодекса Российской Федерации, а также статьями 6 и 11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А.Г.Гурьева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 гражданина А.Г.Гурьева о пересмотре вынесенных в его отношении судебных решений. При этом в опровержение заявленных доводов о недопустимости ряда доказательств разъяснено, что результаты оперативно-розыскного мероприятия «опрос» не были положены в основу обвинительного приговора в качестве доказательства виновности заявителя в совершении инкриминированного преступления, а также что в качестве смягчающего наказание обстоятельства – явки с повинной – суд обоснованно 2 признал сообщение сотрудникам правоохранительных органов о причастности к преступлению. А.Г.Гурьев просит признать не соответствующими статьям 15 (части 1 и 2), 19 (часть 1) и 50 (часть 2) Конституции Российской Федерации часть третью статьи 7 «Законность при производстве по уголовному делу», статью 17 «Свобода оценки доказательств», пункт 1 части второй статьи 75 «Недопустимые доказательства», статьи 88 «Правила оценки доказательств», 89 «Использование в доказывании результатов оперативно-розыскной деятельности» и 142 «Явка с повинной» УПК Российской Федерации, а также статьи 6 «Оперативно-розыскные мероприятия» и 11 «Использование результатов оперативно-розыскной деятельности» Федерального закона от 12 августа 1995 года № 144-ФЗ «Об оперативно-розыскной деятельности». По его утверждению, данные нормы неконституционны, поскольку позволяют признавать в качестве допустимого доказательства явку с повинной по результатам оперативно-розыскного мероприятия «опрос», проведенного в отношении лица без обязательного разъяснения права на получение квалифицированной юридической помощи и права отказаться свидетельствовать против себя.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6 и 11 Федерального закона «Об оперативно- розыскной деятельности» лишь закрепляют перечень оперативно-розыскных мероприятий и направления использования результатов оперативно- розыскной деятельности исходя из ее законодательно установленных целей и задач и тем самым не регулируют отношения, связанные с собиранием, проверкой и оценкой доказательств в уголовном судопроизводстве. При этом,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Гурьева Антона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