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Дрозда Николая Юрьевича об исправлении неточностей в Определении Конституционного Суда Российской Федерации от 29 января 2026 года № 140-О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ходатайства гражданина Н.Ю.Дрозда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29 января 2026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Дрозда Николая Юрьевича об исправлении неточностей в Определении Конституционного Суда Российской Федерации от 29 января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