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обращение гражданина С.Н.Кузьменко,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Кузьменко Сергеем Николаевичем по вопросам, которые были рассмотрены Конституционным Судом Российской Федерации в вынесенном по его жалобам Определении от 25 декабря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