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Г.А.Замятиной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Замятиной Галины Афанасьевны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22-ПР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