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И.А.Гилазиева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Гилазиева Ильгама Анваревича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