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О.Н.Аникеевой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Аникеевой Ольги Николаевны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25-ПР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