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Е.В.Калачевой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Калачевой Елены Викторовны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