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2103-О/2023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Андреева Романа Александровича на нарушение его конституционных прав частями 7 и 8 статьи 20 Федерального закона «Об основах охраны здоровья граждан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Р.А.Андреева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Р.А.Андреев оспаривает конституционность частей 7 и 8 статьи 20 «Информированное добровольное согласие на медицинское вмешательство и на отказ от медицинского вмешательства» Федерального закона от 21 ноября 2011 года № 323-ФЗ «Об основах охраны здоровья граждан в Российской Федерации». Из представленных материалов следует, что решением суда общей юрисдикции, с которым согласились вышестоящие суды, удовлетворено административное исковое заявление прокурора о понуждении Р.А.Андреева, отбывающего наказание в виде лишения свободы, к 2 прохождению медицинского профилактического осмотра в целях выявления туберкулеза. При этом, как установили суды, в нарушение установленных требований заявитель с 2015 года не проходил такой осмотр, что создает угрозу его здоровью, а также здоровью иных осужденных. По мнению Р.А.Андреева, оспариваемые законоположения не соответствуют статье 19 (часть 1) Конституции Российской Федерации, поскольку ввиду своей неопределенности позволяют правоприменителю произвольно решать вопрос о необходимости оформления отказа от медицинского вмешательства в виде отдельного документа в медицинской документации гражданина.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Определением от 31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Андреева Романа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