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Калашникова Анатолия Викторовича на нарушение его конституционных прав частью 4 статьи 19.3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А.В.Калашникова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А.В.Калашников оспаривает конституционность части 4 статьи 19.3 «Неповиновение законному распоряжению сотрудника полиции, военнослужащего, сотрудника органов федеральной службы безопасности, сотрудника органов государственной охраны, сотрудника органов, осуществляющих федеральный государственный контроль (надзор) в сфере миграции, либо сотрудника органа или учреждения уголовно- исполнительной системы либо сотрудника войск национальной гвардии Российской Федерации» КоАП Российской Федерации. 2 Как следует из представленных материалов, А.В.Калашников был привлечен к административной ответственности за совершение административного правонарушения, предусмотренного оспариваемой нормой. Заявитель просит признать часть 4 статьи 19.3 КоАП Российской Федерации не соответствующей статьям 2, 18 и 51 (часть 1) Конституции Российской Федерации, поскольку она, по его мнению, позволяет привлекать к административной ответственности за отказ свидетельствовать против себя самого.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51 (часть 1) Конституции Российской Федерации никто не обязан свидетельствовать против себя самого, своего супруга и близких родственников, круг которых определяется федеральным законом. Данная норма, как неоднократно указывал Конституционный Суд Российской Федерации, означает недопустимость любой формы принуждения к свидетельству против самого себя или своих близких (Постановление от 20 февраля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Калашникова Анатолия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