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Безуха Евгения Павловича на нарушение его конституционных прав положениями Федерального закона «О применении положений Уголовного кодекса Российской Федерации и Уголовно- процессуального кодекса Российской Федерации на территориях Донецкой Народной Республики, Луганской Народной Республики, Запорожской области и Херсонской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Е.П.Безуха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Е.П.Безух, содержащийся в следственном изоляторе, утверждает, что положения Федерального закона от 31 июля 2023 года № 395-ФЗ «О применении положений Уголовного кодекса Российской Федерации и Уголовно-процессуального кодекса Российской Федерации на территориях Донецкой Народной Республики, Луганской Народной Республики, Запорожской области и Херсонской области», в том числе его часть 3 статьи 2 и часть 1 статьи 8, не соответствуют статьям 2, 18, 45 (часть 2 1), 50 (часть 1) и 54 Конституции Российской Федерации, поскольку они позволяют распространять действие этого Федерального закона на совершивших преступление против интересов Луганской Народной Республики лиц, в отношении которых приговор вступил в законную силу до 21 февраля 2022 года. Кроме того, заявитель просит проверить указанный Федеральный закон на соответствие Федеральному конституционному закону от 4 октября 2022 года № 6-ФКЗ «О принятии в Российскую Федерацию Луганской Народной Республики и образовании в составе Российской Федерации нового субъекта – Луганской Народной Республики» и Указу Президента Российской Федерации от 27 апреля 2023 года № 307 «Об особенностях правового положения отдельных категорий иностранных граждан и лиц без гражданства в Российской Федерации».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заявителем не представлено каких-либо судебных актов, подтверждающих применение судом в его конкретном деле оспариваемых законоположений. Следовательно,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Безуха Евгения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