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Смирнова Валерия Ивановича на нарушение его конституционных прав пунктом 1 статьи 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В.И.Смирнова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В.И.Смирнов оспаривает конституционность пункта 1 статьи 4 ГК Российской Федерации, в соответствии с которым акты гражданского законодательства не имеют обратной силы и применяются к отношениям, возникшим после введения их в действие; действие закона распространяется на отношения, возникшие до введения его в действие, только в случаях, когда это прямо предусмотрено законом. Как следует из представленных материалов, В.И.Смирнову отказано в удовлетворении исков к территориальным органам МВД России, Росгвардии и страховой организации о взыскании ежемесячной денежной компенсации в счет возмещения вреда, причиненного в связи с выполнением служебных обязанностей сотрудника органов внутренних дел, страховой выплаты и 2 единовременного пособия. Суды, руководствуясь принципом действия закона во времени, исходили из того, что специальным законодательством, действовавшим на момент получения В.И.Смирновым травмы, не были предусмотрены нормы, касающиеся выплаты спорных компенсаций. По мнению заявителя, пункт 1 статьи 4 ГК Российской Федерации не соответствует статьям 7, 18 19, 45 и 46 Конституции Российской Федерации в той мере, в какой он выступает основанием дискриминации граждан, которым причинен вред здоровью до введения в действие закона, предоставляющего социальные гарантии и устанавливающего выплаты в связи с причинением такого вреда.</w:t>
      </w:r>
    </w:p>
    <w:p>
      <w:pPr>
        <w:pStyle w:val="Heading3"/>
      </w:pPr>
      <w:r>
        <w:rPr>
          <w:rFonts w:ascii="Times New Roman" w:hAnsi="Times New Roman" w:eastAsia="Times New Roman" w:cs="Times New Roman"/>
          <w:b/>
          <w:i w:val="0"/>
          <w:sz w:val="22"/>
        </w:rPr>
        <w:t>Пункт 2. Судебная практика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указывал, что определение действия закона во времени, в пространстве и по кругу лиц является, если иное не предусмотрено Конституцией Российской Федерации, прерогативой законодателя (определения от 22 апреля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Смирнова Валерия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