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Коробко Натальи Борисовны на нарушение ее конституционных прав частью четвертой статьи 271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Н.Б.Коробко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Н.Б.Коробко приговором мирового судьи осуждена за совершение преступлений. Соглашаясь с данным приговором, вышестоящие суды отвергли доводы поданных в ее интересах жалоб о том, что мировой судья необоснованно отказал в удовлетворении ходатайства стороны защиты о допросе свидетеля и о его приводе. В этой связи заявительница просит признать не соответствующей статье 123 (часть 3) Конституции Российской Федерации часть четвертую статьи 271 «Заявление и разрешение ходатайств» УПК Российской Федерации, согласно которой суд не вправе отказать в удовлетворении 2 ходатайства о допросе в судебном заседании лица в качестве свидетеля или специалиста, явившегося в суд по инициативе сторон. По ее мнению, оспариваемая норма позволяет немотивированно отказать в удовлетворении ходатайства стороны защиты о допросе лица в качестве свидетеля лишь на том основании, что стороной защиты не обеспечена явка этого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часть четвертая статьи 271 УПК Российской Федерации служит гарантией против необоснованного отказа в удовлетворении ходатайства о допросе в судебном заседании лица в качестве свидетеля или специалиста и направлена на обеспечение состязательности и равноправия сторон в уголовном судопроизводстве. Данная норма не препятствует сторонам заявить ходатайство о вызове того или иного лица в качестве свидетеля или специалиста либо об обеспечении его явки иным способом и не содержит изъятий из принципа законности при производстве по уголовному делу, в силу которого решения судьи по заявленным ходатайствам должны быть законными, обоснованными и мотивированными (часть четвертая статьи 7 этого Кодекса) (определения от 17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Коробко Натальи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